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02CB" w14:textId="77777777" w:rsidR="0002270E" w:rsidRDefault="001A2B23">
      <w:pPr>
        <w:spacing w:after="40"/>
        <w:jc w:val="center"/>
      </w:pPr>
      <w:r>
        <w:rPr>
          <w:b/>
          <w:color w:val="1F4E79"/>
          <w:sz w:val="22"/>
        </w:rPr>
        <w:t>COMMUNITY HEALTH FOUNDATION OF KAY COUNTY</w:t>
      </w:r>
    </w:p>
    <w:p w14:paraId="057DE118" w14:textId="77777777" w:rsidR="0002270E" w:rsidRDefault="001A2B23">
      <w:pPr>
        <w:spacing w:after="40"/>
        <w:jc w:val="center"/>
      </w:pPr>
      <w:r>
        <w:rPr>
          <w:b/>
          <w:color w:val="1F4E79"/>
          <w:sz w:val="30"/>
        </w:rPr>
        <w:t>NOC NURSING STUDENT SCHOLARSHIP APPLICATION</w:t>
      </w:r>
    </w:p>
    <w:p w14:paraId="493103CD" w14:textId="77777777" w:rsidR="0002270E" w:rsidRDefault="001A2B23">
      <w:pPr>
        <w:jc w:val="center"/>
      </w:pPr>
      <w:r>
        <w:rPr>
          <w:b/>
          <w:sz w:val="22"/>
        </w:rPr>
        <w:t>AWARD: $1,000</w:t>
      </w:r>
    </w:p>
    <w:p w14:paraId="786B9E25" w14:textId="006497EF" w:rsidR="0002270E" w:rsidRDefault="001A2B23">
      <w:r>
        <w:t xml:space="preserve">This scholarship is for nursing students at Northern Oklahoma College (NOC) in Tonkawa, Oklahoma. Each scholarship is $1,000 and, if awarded, will be paid directly to the NOC Bursar. </w:t>
      </w:r>
      <w:r w:rsidR="009D1759">
        <w:t>We may announce scholarship recipients</w:t>
      </w:r>
      <w:r>
        <w:t xml:space="preserve"> in local newspapers or on social media. This is a one-time award; however, students may apply for one scholarship during each semester of nursing school, and additional awards may be available.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02270E" w14:paraId="1210EB0E" w14:textId="77777777">
        <w:trPr>
          <w:jc w:val="center"/>
        </w:trPr>
        <w:tc>
          <w:tcPr>
            <w:tcW w:w="10224" w:type="dxa"/>
            <w:shd w:val="clear" w:color="auto" w:fill="1F4E79"/>
            <w:vAlign w:val="center"/>
          </w:tcPr>
          <w:p w14:paraId="539EE701" w14:textId="77777777" w:rsidR="0002270E" w:rsidRDefault="001A2B23">
            <w:pPr>
              <w:spacing w:after="0"/>
            </w:pPr>
            <w:r>
              <w:rPr>
                <w:b/>
                <w:color w:val="FFFFFF"/>
              </w:rPr>
              <w:t>ELIGIBILITY REQUIREMENTS</w:t>
            </w:r>
          </w:p>
        </w:tc>
      </w:tr>
    </w:tbl>
    <w:p w14:paraId="2E163BD3" w14:textId="77777777" w:rsidR="0002270E" w:rsidRDefault="0002270E">
      <w:pPr>
        <w:spacing w:after="0"/>
      </w:pPr>
    </w:p>
    <w:p w14:paraId="2601C8EC" w14:textId="77777777" w:rsidR="0002270E" w:rsidRDefault="001A2B23">
      <w:pPr>
        <w:ind w:left="259" w:hanging="259"/>
      </w:pPr>
      <w:r>
        <w:rPr>
          <w:b/>
        </w:rPr>
        <w:t xml:space="preserve">1. </w:t>
      </w:r>
      <w:r>
        <w:t>Applicants must be currently enrolled and in good standing in NOC's Nursing program.</w:t>
      </w:r>
    </w:p>
    <w:p w14:paraId="2D85D336" w14:textId="77777777" w:rsidR="0002270E" w:rsidRDefault="001A2B23">
      <w:pPr>
        <w:ind w:left="259" w:hanging="259"/>
      </w:pPr>
      <w:r>
        <w:rPr>
          <w:b/>
        </w:rPr>
        <w:t xml:space="preserve">2. </w:t>
      </w:r>
      <w:r>
        <w:t>Applicants should maintain a GPA of 3.0 or above.</w:t>
      </w:r>
    </w:p>
    <w:p w14:paraId="0204916B" w14:textId="77777777" w:rsidR="0002270E" w:rsidRDefault="001A2B23">
      <w:pPr>
        <w:ind w:left="259" w:hanging="259"/>
      </w:pPr>
      <w:r>
        <w:rPr>
          <w:b/>
        </w:rPr>
        <w:t xml:space="preserve">3. </w:t>
      </w:r>
      <w:r>
        <w:t>All fields on the application must be completed.</w:t>
      </w:r>
    </w:p>
    <w:p w14:paraId="044B5E56" w14:textId="77777777" w:rsidR="0002270E" w:rsidRDefault="001A2B23">
      <w:pPr>
        <w:ind w:left="259" w:hanging="259"/>
      </w:pPr>
      <w:r>
        <w:rPr>
          <w:b/>
        </w:rPr>
        <w:t xml:space="preserve">4. </w:t>
      </w:r>
      <w:r>
        <w:t>A current college transcript and a letter of recommendation from a school official (such as a college professor) are required. Applicants who graduated from high school within the last five years must also provide a high school transcript.</w:t>
      </w:r>
    </w:p>
    <w:p w14:paraId="5A6EC004" w14:textId="77777777" w:rsidR="0002270E" w:rsidRDefault="001A2B23">
      <w:pPr>
        <w:ind w:left="259" w:hanging="259"/>
      </w:pPr>
      <w:r>
        <w:rPr>
          <w:b/>
        </w:rPr>
        <w:t xml:space="preserve">5. </w:t>
      </w:r>
      <w:r>
        <w:t>Incomplete applications will not be considered.</w:t>
      </w:r>
    </w:p>
    <w:p w14:paraId="65C941D1" w14:textId="77777777" w:rsidR="0002270E" w:rsidRDefault="001A2B23">
      <w:pPr>
        <w:spacing w:before="40"/>
      </w:pPr>
      <w:r>
        <w:rPr>
          <w:b/>
        </w:rPr>
        <w:t xml:space="preserve">Questions? </w:t>
      </w:r>
      <w:r>
        <w:t>Contact the CHF Executive Director at chfkayco@gmail.com.</w:t>
      </w:r>
    </w:p>
    <w:p w14:paraId="74EEE0D0" w14:textId="77777777" w:rsidR="0002270E" w:rsidRDefault="001A2B23">
      <w:pPr>
        <w:spacing w:before="40" w:after="100"/>
        <w:jc w:val="center"/>
      </w:pPr>
      <w:r>
        <w:rPr>
          <w:b/>
          <w:color w:val="C00000"/>
        </w:rPr>
        <w:t>FALL SEMESTER DEADLINE: SEPTEMBER 30     |     SPRING SEMESTER DEADLINE: JANUARY 31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02270E" w14:paraId="540FA9BE" w14:textId="77777777">
        <w:trPr>
          <w:jc w:val="center"/>
        </w:trPr>
        <w:tc>
          <w:tcPr>
            <w:tcW w:w="10224" w:type="dxa"/>
            <w:shd w:val="clear" w:color="auto" w:fill="1F4E79"/>
            <w:vAlign w:val="center"/>
          </w:tcPr>
          <w:p w14:paraId="0B338F5D" w14:textId="77777777" w:rsidR="0002270E" w:rsidRDefault="001A2B23">
            <w:pPr>
              <w:spacing w:after="0"/>
            </w:pPr>
            <w:r>
              <w:rPr>
                <w:b/>
                <w:color w:val="FFFFFF"/>
              </w:rPr>
              <w:t>SECTION 1 | STUDENT INFORMATION</w:t>
            </w:r>
          </w:p>
        </w:tc>
      </w:tr>
    </w:tbl>
    <w:p w14:paraId="77EFB862" w14:textId="77777777" w:rsidR="0002270E" w:rsidRDefault="0002270E">
      <w:pPr>
        <w:spacing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6696"/>
      </w:tblGrid>
      <w:tr w:rsidR="0002270E" w14:paraId="73C08C34" w14:textId="77777777">
        <w:trPr>
          <w:jc w:val="center"/>
        </w:trPr>
        <w:tc>
          <w:tcPr>
            <w:tcW w:w="3528" w:type="dxa"/>
            <w:vAlign w:val="center"/>
          </w:tcPr>
          <w:p w14:paraId="42818A0D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First and Last Name</w:t>
            </w:r>
          </w:p>
        </w:tc>
        <w:tc>
          <w:tcPr>
            <w:tcW w:w="6696" w:type="dxa"/>
            <w:vAlign w:val="center"/>
          </w:tcPr>
          <w:p w14:paraId="7E99F7B3" w14:textId="77777777" w:rsidR="0002270E" w:rsidRDefault="001A2B23">
            <w:pPr>
              <w:spacing w:after="0"/>
            </w:pPr>
            <w:r>
              <w:rPr>
                <w:sz w:val="17"/>
              </w:rPr>
              <w:t>[Enter full legal name]</w:t>
            </w:r>
          </w:p>
        </w:tc>
      </w:tr>
      <w:tr w:rsidR="0002270E" w14:paraId="2DA58526" w14:textId="77777777">
        <w:trPr>
          <w:jc w:val="center"/>
        </w:trPr>
        <w:tc>
          <w:tcPr>
            <w:tcW w:w="3528" w:type="dxa"/>
            <w:vAlign w:val="center"/>
          </w:tcPr>
          <w:p w14:paraId="3CCFA299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Current NOC Student ID Number</w:t>
            </w:r>
          </w:p>
        </w:tc>
        <w:tc>
          <w:tcPr>
            <w:tcW w:w="6696" w:type="dxa"/>
            <w:vAlign w:val="center"/>
          </w:tcPr>
          <w:p w14:paraId="049D9D3B" w14:textId="77777777" w:rsidR="0002270E" w:rsidRDefault="001A2B23">
            <w:pPr>
              <w:spacing w:after="0"/>
            </w:pPr>
            <w:r>
              <w:rPr>
                <w:sz w:val="17"/>
              </w:rPr>
              <w:t>[Enter student ID number]</w:t>
            </w:r>
          </w:p>
        </w:tc>
      </w:tr>
      <w:tr w:rsidR="0002270E" w14:paraId="61486F34" w14:textId="77777777">
        <w:trPr>
          <w:jc w:val="center"/>
        </w:trPr>
        <w:tc>
          <w:tcPr>
            <w:tcW w:w="3528" w:type="dxa"/>
            <w:vAlign w:val="center"/>
          </w:tcPr>
          <w:p w14:paraId="41F1DCCB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Phone Number</w:t>
            </w:r>
          </w:p>
        </w:tc>
        <w:tc>
          <w:tcPr>
            <w:tcW w:w="6696" w:type="dxa"/>
            <w:vAlign w:val="center"/>
          </w:tcPr>
          <w:p w14:paraId="76B0375A" w14:textId="77777777" w:rsidR="0002270E" w:rsidRDefault="001A2B23">
            <w:pPr>
              <w:spacing w:after="0"/>
            </w:pPr>
            <w:r>
              <w:rPr>
                <w:sz w:val="17"/>
              </w:rPr>
              <w:t>[Enter phone number]</w:t>
            </w:r>
          </w:p>
        </w:tc>
      </w:tr>
      <w:tr w:rsidR="0002270E" w14:paraId="64875576" w14:textId="77777777">
        <w:trPr>
          <w:jc w:val="center"/>
        </w:trPr>
        <w:tc>
          <w:tcPr>
            <w:tcW w:w="3528" w:type="dxa"/>
            <w:vAlign w:val="center"/>
          </w:tcPr>
          <w:p w14:paraId="32DF134E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Email Address</w:t>
            </w:r>
          </w:p>
        </w:tc>
        <w:tc>
          <w:tcPr>
            <w:tcW w:w="6696" w:type="dxa"/>
            <w:vAlign w:val="center"/>
          </w:tcPr>
          <w:p w14:paraId="32F46304" w14:textId="77777777" w:rsidR="0002270E" w:rsidRDefault="001A2B23">
            <w:pPr>
              <w:spacing w:after="0"/>
            </w:pPr>
            <w:r>
              <w:rPr>
                <w:sz w:val="17"/>
              </w:rPr>
              <w:t>[Enter email address]</w:t>
            </w:r>
          </w:p>
        </w:tc>
      </w:tr>
      <w:tr w:rsidR="0002270E" w14:paraId="22CECEB3" w14:textId="77777777">
        <w:trPr>
          <w:jc w:val="center"/>
        </w:trPr>
        <w:tc>
          <w:tcPr>
            <w:tcW w:w="3528" w:type="dxa"/>
            <w:vAlign w:val="center"/>
          </w:tcPr>
          <w:p w14:paraId="36E674DF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Street Address</w:t>
            </w:r>
          </w:p>
        </w:tc>
        <w:tc>
          <w:tcPr>
            <w:tcW w:w="6696" w:type="dxa"/>
            <w:vAlign w:val="center"/>
          </w:tcPr>
          <w:p w14:paraId="421E6328" w14:textId="77777777" w:rsidR="0002270E" w:rsidRDefault="001A2B23">
            <w:pPr>
              <w:spacing w:after="0"/>
            </w:pPr>
            <w:r>
              <w:rPr>
                <w:sz w:val="17"/>
              </w:rPr>
              <w:t>[Enter street address]</w:t>
            </w:r>
          </w:p>
        </w:tc>
      </w:tr>
      <w:tr w:rsidR="0002270E" w14:paraId="57D7AEA1" w14:textId="77777777">
        <w:trPr>
          <w:jc w:val="center"/>
        </w:trPr>
        <w:tc>
          <w:tcPr>
            <w:tcW w:w="3528" w:type="dxa"/>
            <w:vAlign w:val="center"/>
          </w:tcPr>
          <w:p w14:paraId="72DC6258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City</w:t>
            </w:r>
          </w:p>
        </w:tc>
        <w:tc>
          <w:tcPr>
            <w:tcW w:w="6696" w:type="dxa"/>
            <w:vAlign w:val="center"/>
          </w:tcPr>
          <w:p w14:paraId="0BB5C874" w14:textId="77777777" w:rsidR="0002270E" w:rsidRDefault="001A2B23">
            <w:pPr>
              <w:spacing w:after="0"/>
            </w:pPr>
            <w:r>
              <w:rPr>
                <w:sz w:val="17"/>
              </w:rPr>
              <w:t>[Enter city]</w:t>
            </w:r>
          </w:p>
        </w:tc>
      </w:tr>
      <w:tr w:rsidR="0002270E" w14:paraId="3722B722" w14:textId="77777777">
        <w:trPr>
          <w:jc w:val="center"/>
        </w:trPr>
        <w:tc>
          <w:tcPr>
            <w:tcW w:w="3528" w:type="dxa"/>
            <w:vAlign w:val="center"/>
          </w:tcPr>
          <w:p w14:paraId="085341F0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ZIP Code</w:t>
            </w:r>
          </w:p>
        </w:tc>
        <w:tc>
          <w:tcPr>
            <w:tcW w:w="6696" w:type="dxa"/>
            <w:vAlign w:val="center"/>
          </w:tcPr>
          <w:p w14:paraId="7D1559CB" w14:textId="77777777" w:rsidR="0002270E" w:rsidRDefault="001A2B23">
            <w:pPr>
              <w:spacing w:after="0"/>
            </w:pPr>
            <w:r>
              <w:rPr>
                <w:sz w:val="17"/>
              </w:rPr>
              <w:t>[Enter ZIP code]</w:t>
            </w:r>
          </w:p>
        </w:tc>
      </w:tr>
      <w:tr w:rsidR="0002270E" w14:paraId="4CD4CDC9" w14:textId="77777777">
        <w:trPr>
          <w:jc w:val="center"/>
        </w:trPr>
        <w:tc>
          <w:tcPr>
            <w:tcW w:w="3528" w:type="dxa"/>
            <w:vAlign w:val="center"/>
          </w:tcPr>
          <w:p w14:paraId="49D86CE4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w="6696" w:type="dxa"/>
            <w:vAlign w:val="center"/>
          </w:tcPr>
          <w:p w14:paraId="0ED642FE" w14:textId="77777777" w:rsidR="0002270E" w:rsidRDefault="001A2B23">
            <w:pPr>
              <w:spacing w:after="0"/>
            </w:pPr>
            <w:r>
              <w:rPr>
                <w:sz w:val="17"/>
              </w:rPr>
              <w:t>[MM/DD/YYYY]</w:t>
            </w:r>
          </w:p>
        </w:tc>
      </w:tr>
      <w:tr w:rsidR="0002270E" w14:paraId="319DFBBE" w14:textId="77777777">
        <w:trPr>
          <w:jc w:val="center"/>
        </w:trPr>
        <w:tc>
          <w:tcPr>
            <w:tcW w:w="3528" w:type="dxa"/>
            <w:vAlign w:val="center"/>
          </w:tcPr>
          <w:p w14:paraId="1AE764C0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Marital Status</w:t>
            </w:r>
          </w:p>
        </w:tc>
        <w:tc>
          <w:tcPr>
            <w:tcW w:w="6696" w:type="dxa"/>
            <w:vAlign w:val="center"/>
          </w:tcPr>
          <w:p w14:paraId="3A10CD3A" w14:textId="77777777" w:rsidR="0002270E" w:rsidRDefault="001A2B23">
            <w:pPr>
              <w:spacing w:after="0"/>
            </w:pPr>
            <w:r>
              <w:rPr>
                <w:sz w:val="17"/>
              </w:rPr>
              <w:t>[Enter marital status]</w:t>
            </w:r>
          </w:p>
        </w:tc>
      </w:tr>
      <w:tr w:rsidR="0002270E" w14:paraId="7EDE310C" w14:textId="77777777">
        <w:trPr>
          <w:jc w:val="center"/>
        </w:trPr>
        <w:tc>
          <w:tcPr>
            <w:tcW w:w="3528" w:type="dxa"/>
            <w:vAlign w:val="center"/>
          </w:tcPr>
          <w:p w14:paraId="14CF816A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Parent(s) / Guardian(s)</w:t>
            </w:r>
          </w:p>
        </w:tc>
        <w:tc>
          <w:tcPr>
            <w:tcW w:w="6696" w:type="dxa"/>
            <w:vAlign w:val="center"/>
          </w:tcPr>
          <w:p w14:paraId="77A48DBB" w14:textId="77777777" w:rsidR="0002270E" w:rsidRDefault="001A2B23">
            <w:pPr>
              <w:spacing w:after="0"/>
            </w:pPr>
            <w:r>
              <w:rPr>
                <w:sz w:val="17"/>
              </w:rPr>
              <w:t>[If assisting with schooling; otherwise enter N/A]</w:t>
            </w:r>
          </w:p>
        </w:tc>
      </w:tr>
    </w:tbl>
    <w:p w14:paraId="2D0C8BC7" w14:textId="77777777" w:rsidR="0002270E" w:rsidRDefault="0002270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02270E" w14:paraId="21EF32ED" w14:textId="77777777">
        <w:trPr>
          <w:jc w:val="center"/>
        </w:trPr>
        <w:tc>
          <w:tcPr>
            <w:tcW w:w="10224" w:type="dxa"/>
            <w:shd w:val="clear" w:color="auto" w:fill="1F4E79"/>
            <w:vAlign w:val="center"/>
          </w:tcPr>
          <w:p w14:paraId="555B12DB" w14:textId="77777777" w:rsidR="0002270E" w:rsidRDefault="001A2B23">
            <w:pPr>
              <w:spacing w:after="0"/>
            </w:pPr>
            <w:r>
              <w:rPr>
                <w:b/>
                <w:color w:val="FFFFFF"/>
              </w:rPr>
              <w:t>SECTION 2 | EDUCATION INFORMATION</w:t>
            </w:r>
          </w:p>
        </w:tc>
      </w:tr>
    </w:tbl>
    <w:p w14:paraId="70817FFE" w14:textId="77777777" w:rsidR="0002270E" w:rsidRDefault="0002270E">
      <w:pPr>
        <w:spacing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6696"/>
      </w:tblGrid>
      <w:tr w:rsidR="0002270E" w14:paraId="281F2DCC" w14:textId="77777777">
        <w:trPr>
          <w:jc w:val="center"/>
        </w:trPr>
        <w:tc>
          <w:tcPr>
            <w:tcW w:w="3528" w:type="dxa"/>
            <w:vAlign w:val="center"/>
          </w:tcPr>
          <w:p w14:paraId="33182192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NOC Nursing Program / Current Semester</w:t>
            </w:r>
          </w:p>
        </w:tc>
        <w:tc>
          <w:tcPr>
            <w:tcW w:w="6696" w:type="dxa"/>
            <w:vAlign w:val="center"/>
          </w:tcPr>
          <w:p w14:paraId="3FCC9FE7" w14:textId="77777777" w:rsidR="0002270E" w:rsidRDefault="001A2B23">
            <w:pPr>
              <w:spacing w:after="0"/>
            </w:pPr>
            <w:r>
              <w:rPr>
                <w:sz w:val="17"/>
              </w:rPr>
              <w:t>[Enter program and semester]</w:t>
            </w:r>
          </w:p>
        </w:tc>
      </w:tr>
      <w:tr w:rsidR="0002270E" w14:paraId="5004BE4F" w14:textId="77777777">
        <w:trPr>
          <w:jc w:val="center"/>
        </w:trPr>
        <w:tc>
          <w:tcPr>
            <w:tcW w:w="3528" w:type="dxa"/>
            <w:vAlign w:val="center"/>
          </w:tcPr>
          <w:p w14:paraId="4F2CAC85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Current College GPA</w:t>
            </w:r>
          </w:p>
        </w:tc>
        <w:tc>
          <w:tcPr>
            <w:tcW w:w="6696" w:type="dxa"/>
            <w:vAlign w:val="center"/>
          </w:tcPr>
          <w:p w14:paraId="7FE35A1B" w14:textId="77777777" w:rsidR="0002270E" w:rsidRDefault="001A2B23">
            <w:pPr>
              <w:spacing w:after="0"/>
            </w:pPr>
            <w:r>
              <w:rPr>
                <w:sz w:val="17"/>
              </w:rPr>
              <w:t>[Enter GPA]</w:t>
            </w:r>
          </w:p>
        </w:tc>
      </w:tr>
      <w:tr w:rsidR="0002270E" w14:paraId="56A7F45C" w14:textId="77777777">
        <w:trPr>
          <w:jc w:val="center"/>
        </w:trPr>
        <w:tc>
          <w:tcPr>
            <w:tcW w:w="3528" w:type="dxa"/>
            <w:vAlign w:val="center"/>
          </w:tcPr>
          <w:p w14:paraId="6105CA51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Current Number of Enrolled Credit Hours</w:t>
            </w:r>
          </w:p>
        </w:tc>
        <w:tc>
          <w:tcPr>
            <w:tcW w:w="6696" w:type="dxa"/>
            <w:vAlign w:val="center"/>
          </w:tcPr>
          <w:p w14:paraId="362F7BAA" w14:textId="77777777" w:rsidR="0002270E" w:rsidRDefault="001A2B23">
            <w:pPr>
              <w:spacing w:after="0"/>
            </w:pPr>
            <w:r>
              <w:rPr>
                <w:sz w:val="17"/>
              </w:rPr>
              <w:t>[Enter hours]</w:t>
            </w:r>
          </w:p>
        </w:tc>
      </w:tr>
      <w:tr w:rsidR="0002270E" w14:paraId="26F44A11" w14:textId="77777777">
        <w:trPr>
          <w:jc w:val="center"/>
        </w:trPr>
        <w:tc>
          <w:tcPr>
            <w:tcW w:w="3528" w:type="dxa"/>
            <w:vAlign w:val="center"/>
          </w:tcPr>
          <w:p w14:paraId="045651D4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Total Credit Hours Earned Toward Degree</w:t>
            </w:r>
          </w:p>
        </w:tc>
        <w:tc>
          <w:tcPr>
            <w:tcW w:w="6696" w:type="dxa"/>
            <w:vAlign w:val="center"/>
          </w:tcPr>
          <w:p w14:paraId="7E8DF4C6" w14:textId="77777777" w:rsidR="0002270E" w:rsidRDefault="001A2B23">
            <w:pPr>
              <w:spacing w:after="0"/>
            </w:pPr>
            <w:r>
              <w:rPr>
                <w:sz w:val="17"/>
              </w:rPr>
              <w:t>[Enter hours]</w:t>
            </w:r>
          </w:p>
        </w:tc>
      </w:tr>
      <w:tr w:rsidR="0002270E" w14:paraId="6CFACF9E" w14:textId="77777777">
        <w:trPr>
          <w:jc w:val="center"/>
        </w:trPr>
        <w:tc>
          <w:tcPr>
            <w:tcW w:w="3528" w:type="dxa"/>
            <w:vAlign w:val="center"/>
          </w:tcPr>
          <w:p w14:paraId="04CA24A7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Previous Colleges / Universities Attended</w:t>
            </w:r>
          </w:p>
        </w:tc>
        <w:tc>
          <w:tcPr>
            <w:tcW w:w="6696" w:type="dxa"/>
            <w:vAlign w:val="center"/>
          </w:tcPr>
          <w:p w14:paraId="59ECD02A" w14:textId="77777777" w:rsidR="0002270E" w:rsidRDefault="001A2B23">
            <w:pPr>
              <w:spacing w:after="0"/>
            </w:pPr>
            <w:r>
              <w:rPr>
                <w:sz w:val="17"/>
              </w:rPr>
              <w:t>[List schools and GPAs, or enter N/A]</w:t>
            </w:r>
          </w:p>
        </w:tc>
      </w:tr>
      <w:tr w:rsidR="0002270E" w14:paraId="53B034F1" w14:textId="77777777">
        <w:trPr>
          <w:jc w:val="center"/>
        </w:trPr>
        <w:tc>
          <w:tcPr>
            <w:tcW w:w="3528" w:type="dxa"/>
            <w:vAlign w:val="center"/>
          </w:tcPr>
          <w:p w14:paraId="6CFBE3F8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High School and Graduation Year</w:t>
            </w:r>
          </w:p>
        </w:tc>
        <w:tc>
          <w:tcPr>
            <w:tcW w:w="6696" w:type="dxa"/>
            <w:vAlign w:val="center"/>
          </w:tcPr>
          <w:p w14:paraId="16659FCD" w14:textId="77777777" w:rsidR="0002270E" w:rsidRDefault="001A2B23">
            <w:pPr>
              <w:spacing w:after="0"/>
            </w:pPr>
            <w:r>
              <w:rPr>
                <w:sz w:val="17"/>
              </w:rPr>
              <w:t>[Enter high school and year]</w:t>
            </w:r>
          </w:p>
        </w:tc>
      </w:tr>
      <w:tr w:rsidR="0002270E" w14:paraId="3B6E0E91" w14:textId="77777777">
        <w:trPr>
          <w:jc w:val="center"/>
        </w:trPr>
        <w:tc>
          <w:tcPr>
            <w:tcW w:w="3528" w:type="dxa"/>
            <w:vAlign w:val="center"/>
          </w:tcPr>
          <w:p w14:paraId="29EBE79B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High School GPA</w:t>
            </w:r>
          </w:p>
        </w:tc>
        <w:tc>
          <w:tcPr>
            <w:tcW w:w="6696" w:type="dxa"/>
            <w:vAlign w:val="center"/>
          </w:tcPr>
          <w:p w14:paraId="5A20E7EB" w14:textId="77777777" w:rsidR="0002270E" w:rsidRDefault="001A2B23">
            <w:pPr>
              <w:spacing w:after="0"/>
            </w:pPr>
            <w:r>
              <w:rPr>
                <w:sz w:val="17"/>
              </w:rPr>
              <w:t>[Enter GPA or N/A]</w:t>
            </w:r>
          </w:p>
        </w:tc>
      </w:tr>
      <w:tr w:rsidR="0002270E" w14:paraId="7CE81A54" w14:textId="77777777">
        <w:trPr>
          <w:jc w:val="center"/>
        </w:trPr>
        <w:tc>
          <w:tcPr>
            <w:tcW w:w="3528" w:type="dxa"/>
            <w:vAlign w:val="center"/>
          </w:tcPr>
          <w:p w14:paraId="0831B59C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ACT Score</w:t>
            </w:r>
          </w:p>
        </w:tc>
        <w:tc>
          <w:tcPr>
            <w:tcW w:w="6696" w:type="dxa"/>
            <w:vAlign w:val="center"/>
          </w:tcPr>
          <w:p w14:paraId="7610C87B" w14:textId="77777777" w:rsidR="0002270E" w:rsidRDefault="001A2B23">
            <w:pPr>
              <w:spacing w:after="0"/>
            </w:pPr>
            <w:r>
              <w:rPr>
                <w:sz w:val="17"/>
              </w:rPr>
              <w:t>[Enter score or N/A]</w:t>
            </w:r>
          </w:p>
        </w:tc>
      </w:tr>
      <w:tr w:rsidR="0002270E" w14:paraId="1FAFB933" w14:textId="77777777">
        <w:trPr>
          <w:jc w:val="center"/>
        </w:trPr>
        <w:tc>
          <w:tcPr>
            <w:tcW w:w="3528" w:type="dxa"/>
            <w:vAlign w:val="center"/>
          </w:tcPr>
          <w:p w14:paraId="6F470E43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HESI Score</w:t>
            </w:r>
          </w:p>
        </w:tc>
        <w:tc>
          <w:tcPr>
            <w:tcW w:w="6696" w:type="dxa"/>
            <w:vAlign w:val="center"/>
          </w:tcPr>
          <w:p w14:paraId="13FB0306" w14:textId="77777777" w:rsidR="0002270E" w:rsidRDefault="001A2B23">
            <w:pPr>
              <w:spacing w:after="0"/>
            </w:pPr>
            <w:r>
              <w:rPr>
                <w:sz w:val="17"/>
              </w:rPr>
              <w:t>[Enter score or N/A]</w:t>
            </w:r>
          </w:p>
        </w:tc>
      </w:tr>
    </w:tbl>
    <w:p w14:paraId="33609FF6" w14:textId="77777777" w:rsidR="0002270E" w:rsidRDefault="0002270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02270E" w14:paraId="2912A600" w14:textId="77777777">
        <w:trPr>
          <w:jc w:val="center"/>
        </w:trPr>
        <w:tc>
          <w:tcPr>
            <w:tcW w:w="10224" w:type="dxa"/>
            <w:shd w:val="clear" w:color="auto" w:fill="1F4E79"/>
            <w:vAlign w:val="center"/>
          </w:tcPr>
          <w:p w14:paraId="1CE57051" w14:textId="77777777" w:rsidR="0002270E" w:rsidRDefault="001A2B23">
            <w:pPr>
              <w:spacing w:after="0"/>
            </w:pPr>
            <w:r>
              <w:rPr>
                <w:b/>
                <w:color w:val="FFFFFF"/>
              </w:rPr>
              <w:t>SECTION 3 | CAREER GOALS AND EMPLOYMENT</w:t>
            </w:r>
          </w:p>
        </w:tc>
      </w:tr>
    </w:tbl>
    <w:p w14:paraId="4B7707EB" w14:textId="77777777" w:rsidR="0002270E" w:rsidRDefault="0002270E">
      <w:pPr>
        <w:spacing w:after="0"/>
      </w:pPr>
    </w:p>
    <w:p w14:paraId="6D8CAE39" w14:textId="77777777" w:rsidR="0002270E" w:rsidRDefault="001A2B23">
      <w:r>
        <w:rPr>
          <w:b/>
        </w:rPr>
        <w:t>Are you currently employed?</w:t>
      </w:r>
    </w:p>
    <w:p w14:paraId="4904AA48" w14:textId="77777777" w:rsidR="0002270E" w:rsidRDefault="001A2B23">
      <w:r>
        <w:t>☐</w:t>
      </w:r>
      <w:r>
        <w:t xml:space="preserve"> Yes     ☐ No</w:t>
      </w:r>
    </w:p>
    <w:p w14:paraId="53056372" w14:textId="77777777" w:rsidR="0002270E" w:rsidRDefault="001A2B23">
      <w:r>
        <w:rPr>
          <w:b/>
        </w:rPr>
        <w:t>If yes, where are you employed and in what capacity?</w:t>
      </w:r>
    </w:p>
    <w:p w14:paraId="10C4FDB5" w14:textId="77777777" w:rsidR="0002270E" w:rsidRDefault="001A2B23">
      <w:r>
        <w:t>[Employer, position, and brief description of responsibilities, if applicable.]</w:t>
      </w:r>
    </w:p>
    <w:p w14:paraId="7045D4CE" w14:textId="77777777" w:rsidR="0002270E" w:rsidRDefault="001A2B23">
      <w:r>
        <w:t>________________________________________________________________________________</w:t>
      </w:r>
    </w:p>
    <w:p w14:paraId="4201CAB0" w14:textId="77777777" w:rsidR="0002270E" w:rsidRDefault="001A2B23">
      <w:r>
        <w:t>________________________________________________________________________________</w:t>
      </w:r>
    </w:p>
    <w:p w14:paraId="0658BBAB" w14:textId="77777777" w:rsidR="009D1759" w:rsidRDefault="009D1759"/>
    <w:p w14:paraId="5F5A7F66" w14:textId="77777777" w:rsidR="009D1759" w:rsidRDefault="009D1759"/>
    <w:p w14:paraId="4CEC914C" w14:textId="2A699825" w:rsidR="009D1759" w:rsidRDefault="009D1759" w:rsidP="009D1759">
      <w:r>
        <w:rPr>
          <w:b/>
        </w:rPr>
        <w:lastRenderedPageBreak/>
        <w:t>1. Where do you plan to work after graduation and in what capacity?</w:t>
      </w:r>
    </w:p>
    <w:p w14:paraId="2A8EFC35" w14:textId="77777777" w:rsidR="009D1759" w:rsidRDefault="009D1759" w:rsidP="009D1759">
      <w:r>
        <w:t>[Click or tap here to enter your response.]</w:t>
      </w:r>
    </w:p>
    <w:p w14:paraId="4A6E50CC" w14:textId="77777777" w:rsidR="009D1759" w:rsidRDefault="009D1759" w:rsidP="009D1759">
      <w:r>
        <w:t>________________________________________________________________________________</w:t>
      </w:r>
    </w:p>
    <w:p w14:paraId="051E9042" w14:textId="77777777" w:rsidR="009D1759" w:rsidRDefault="009D1759" w:rsidP="009D1759">
      <w:r>
        <w:t>________________________________________________________________________________</w:t>
      </w:r>
    </w:p>
    <w:p w14:paraId="0090E7E8" w14:textId="77777777" w:rsidR="009D1759" w:rsidRDefault="009D1759" w:rsidP="009D1759">
      <w:r>
        <w:t>________________________________________________________________________________</w:t>
      </w:r>
    </w:p>
    <w:p w14:paraId="521D5E09" w14:textId="77777777" w:rsidR="009D1759" w:rsidRDefault="009D1759" w:rsidP="009D1759">
      <w:r>
        <w:t>________________________________________________________________________________</w:t>
      </w:r>
    </w:p>
    <w:p w14:paraId="4BAD664C" w14:textId="77777777" w:rsidR="009D1759" w:rsidRDefault="009D1759" w:rsidP="009D1759">
      <w:r>
        <w:t>________________________________________________________________________________</w:t>
      </w:r>
    </w:p>
    <w:p w14:paraId="47F26ABD" w14:textId="73D5D870" w:rsidR="009D1759" w:rsidRDefault="009D1759" w:rsidP="009D1759">
      <w:r>
        <w:rPr>
          <w:b/>
        </w:rPr>
        <w:t>2. What are your long-term career goals?</w:t>
      </w:r>
    </w:p>
    <w:p w14:paraId="39F5B026" w14:textId="77777777" w:rsidR="009D1759" w:rsidRDefault="009D1759" w:rsidP="009D1759">
      <w:r>
        <w:t>[Click or tap here to enter your response.]</w:t>
      </w:r>
    </w:p>
    <w:p w14:paraId="21737354" w14:textId="77777777" w:rsidR="009D1759" w:rsidRDefault="009D1759" w:rsidP="009D1759">
      <w:r>
        <w:t>________________________________________________________________________________</w:t>
      </w:r>
    </w:p>
    <w:p w14:paraId="651C28F7" w14:textId="77777777" w:rsidR="009D1759" w:rsidRDefault="009D1759" w:rsidP="009D1759">
      <w:r>
        <w:t>________________________________________________________________________________</w:t>
      </w:r>
    </w:p>
    <w:p w14:paraId="045C8891" w14:textId="77777777" w:rsidR="009D1759" w:rsidRDefault="009D1759" w:rsidP="009D1759">
      <w:r>
        <w:t>________________________________________________________________________________</w:t>
      </w:r>
    </w:p>
    <w:p w14:paraId="6CEFC750" w14:textId="77777777" w:rsidR="009D1759" w:rsidRDefault="009D1759" w:rsidP="009D1759">
      <w:r>
        <w:t>________________________________________________________________________________</w:t>
      </w:r>
    </w:p>
    <w:p w14:paraId="45BE4172" w14:textId="77777777" w:rsidR="009D1759" w:rsidRDefault="009D1759" w:rsidP="009D1759">
      <w:r>
        <w:t>________________________________________________________________________________</w:t>
      </w:r>
    </w:p>
    <w:p w14:paraId="0DF6B10F" w14:textId="10685E1A" w:rsidR="009D1759" w:rsidRDefault="009D1759" w:rsidP="009D1759">
      <w:r>
        <w:rPr>
          <w:b/>
        </w:rPr>
        <w:t>3. Why do you want to be a nurse?</w:t>
      </w:r>
    </w:p>
    <w:p w14:paraId="4BF34817" w14:textId="77777777" w:rsidR="009D1759" w:rsidRDefault="009D1759" w:rsidP="009D1759">
      <w:r>
        <w:t>[Click or tap here to enter your response.]</w:t>
      </w:r>
    </w:p>
    <w:p w14:paraId="4F218AAC" w14:textId="77777777" w:rsidR="009D1759" w:rsidRDefault="009D1759" w:rsidP="009D1759">
      <w:r>
        <w:t>________________________________________________________________________________</w:t>
      </w:r>
    </w:p>
    <w:p w14:paraId="54D1CD0A" w14:textId="77777777" w:rsidR="009D1759" w:rsidRDefault="009D1759" w:rsidP="009D1759">
      <w:r>
        <w:t>________________________________________________________________________________</w:t>
      </w:r>
    </w:p>
    <w:p w14:paraId="0FB3C955" w14:textId="77777777" w:rsidR="009D1759" w:rsidRDefault="009D1759" w:rsidP="009D1759">
      <w:r>
        <w:t>________________________________________________________________________________</w:t>
      </w:r>
    </w:p>
    <w:p w14:paraId="7F3F8D67" w14:textId="77777777" w:rsidR="009D1759" w:rsidRDefault="009D1759" w:rsidP="009D1759">
      <w:r>
        <w:t>________________________________________________________________________________</w:t>
      </w:r>
    </w:p>
    <w:p w14:paraId="4420AC38" w14:textId="77777777" w:rsidR="009D1759" w:rsidRDefault="009D1759" w:rsidP="009D1759">
      <w:r>
        <w:t>________________________________________________________________________________</w:t>
      </w:r>
    </w:p>
    <w:p w14:paraId="0F426DAF" w14:textId="127AE7AB" w:rsidR="009D1759" w:rsidRDefault="009D1759" w:rsidP="009D1759">
      <w:r>
        <w:rPr>
          <w:b/>
        </w:rPr>
        <w:t>4. What personal attributes do you have that you believe will help in your nursing career?</w:t>
      </w:r>
    </w:p>
    <w:p w14:paraId="02769411" w14:textId="77777777" w:rsidR="009D1759" w:rsidRDefault="009D1759" w:rsidP="009D1759">
      <w:r>
        <w:t>[Click or tap here to enter your response.]</w:t>
      </w:r>
    </w:p>
    <w:p w14:paraId="1A1AFA37" w14:textId="77777777" w:rsidR="009D1759" w:rsidRDefault="009D1759" w:rsidP="009D1759">
      <w:r>
        <w:t>________________________________________________________________________________</w:t>
      </w:r>
    </w:p>
    <w:p w14:paraId="17FDBFA4" w14:textId="77777777" w:rsidR="009D1759" w:rsidRDefault="009D1759" w:rsidP="009D1759">
      <w:r>
        <w:t>________________________________________________________________________________</w:t>
      </w:r>
    </w:p>
    <w:p w14:paraId="7CADAEC5" w14:textId="77777777" w:rsidR="009D1759" w:rsidRDefault="009D1759" w:rsidP="009D1759">
      <w:r>
        <w:t>________________________________________________________________________________</w:t>
      </w:r>
    </w:p>
    <w:p w14:paraId="2E16C49D" w14:textId="77777777" w:rsidR="009D1759" w:rsidRDefault="009D1759" w:rsidP="009D1759">
      <w:r>
        <w:t>________________________________________________________________________________</w:t>
      </w:r>
    </w:p>
    <w:p w14:paraId="3A81770E" w14:textId="77777777" w:rsidR="009D1759" w:rsidRDefault="009D1759" w:rsidP="009D1759">
      <w:r>
        <w:t>________________________________________________________________________________</w:t>
      </w:r>
    </w:p>
    <w:p w14:paraId="55E59D43" w14:textId="3DDAA0E9" w:rsidR="009D1759" w:rsidRDefault="009D1759" w:rsidP="009D1759">
      <w:r>
        <w:rPr>
          <w:b/>
        </w:rPr>
        <w:t>5. What do you believe are the positives and negatives of practicing and living in a rural or underserved area?</w:t>
      </w:r>
    </w:p>
    <w:p w14:paraId="64CEF498" w14:textId="77777777" w:rsidR="009D1759" w:rsidRDefault="009D1759" w:rsidP="009D1759">
      <w:r>
        <w:t>[Click or tap here to enter your response.]</w:t>
      </w:r>
    </w:p>
    <w:p w14:paraId="728A6294" w14:textId="77777777" w:rsidR="009D1759" w:rsidRDefault="009D1759" w:rsidP="009D1759">
      <w:r>
        <w:t>________________________________________________________________________________</w:t>
      </w:r>
    </w:p>
    <w:p w14:paraId="41F4AF2B" w14:textId="77777777" w:rsidR="009D1759" w:rsidRDefault="009D1759" w:rsidP="009D1759">
      <w:r>
        <w:t>________________________________________________________________________________</w:t>
      </w:r>
    </w:p>
    <w:p w14:paraId="62F0D192" w14:textId="77777777" w:rsidR="009D1759" w:rsidRDefault="009D1759" w:rsidP="009D1759">
      <w:r>
        <w:t>________________________________________________________________________________</w:t>
      </w:r>
    </w:p>
    <w:p w14:paraId="4BA4BCC8" w14:textId="77777777" w:rsidR="009D1759" w:rsidRDefault="009D1759" w:rsidP="009D1759">
      <w:r>
        <w:t>________________________________________________________________________________</w:t>
      </w:r>
    </w:p>
    <w:p w14:paraId="09EB3055" w14:textId="77777777" w:rsidR="009D1759" w:rsidRDefault="009D1759" w:rsidP="009D1759">
      <w:r>
        <w:t>________________________________________________________________________________</w:t>
      </w:r>
    </w:p>
    <w:p w14:paraId="45EA69F5" w14:textId="0091DA6A" w:rsidR="009D1759" w:rsidRDefault="009D1759" w:rsidP="009D1759">
      <w:r>
        <w:rPr>
          <w:b/>
        </w:rPr>
        <w:t>6. If you received this scholarship, what impact would it have on your education and career?</w:t>
      </w:r>
    </w:p>
    <w:p w14:paraId="4CEFA608" w14:textId="77777777" w:rsidR="009D1759" w:rsidRDefault="009D1759" w:rsidP="009D1759">
      <w:r>
        <w:t>[Click or tap here to enter your response.]</w:t>
      </w:r>
    </w:p>
    <w:p w14:paraId="20C16C6E" w14:textId="77777777" w:rsidR="009D1759" w:rsidRDefault="009D1759" w:rsidP="009D1759">
      <w:r>
        <w:t>________________________________________________________________________________</w:t>
      </w:r>
    </w:p>
    <w:p w14:paraId="3769848A" w14:textId="77777777" w:rsidR="009D1759" w:rsidRDefault="009D1759" w:rsidP="009D1759">
      <w:r>
        <w:t>________________________________________________________________________________</w:t>
      </w:r>
    </w:p>
    <w:p w14:paraId="660E6E08" w14:textId="77777777" w:rsidR="009D1759" w:rsidRDefault="009D1759" w:rsidP="009D1759">
      <w:r>
        <w:t>________________________________________________________________________________</w:t>
      </w:r>
    </w:p>
    <w:p w14:paraId="52A0292F" w14:textId="77777777" w:rsidR="009D1759" w:rsidRDefault="009D1759" w:rsidP="009D1759">
      <w:r>
        <w:t>________________________________________________________________________________</w:t>
      </w:r>
    </w:p>
    <w:p w14:paraId="6558C8B6" w14:textId="77777777" w:rsidR="009D1759" w:rsidRDefault="009D1759" w:rsidP="009D1759">
      <w:r>
        <w:t>________________________________________________________________________________</w:t>
      </w:r>
    </w:p>
    <w:p w14:paraId="3BC6F216" w14:textId="5F5C86CC" w:rsidR="009D1759" w:rsidRDefault="009D1759" w:rsidP="009D1759">
      <w:r>
        <w:rPr>
          <w:b/>
        </w:rPr>
        <w:t>7. Describe an impactful experience you have had thus far in your training.</w:t>
      </w:r>
    </w:p>
    <w:p w14:paraId="5A420557" w14:textId="77777777" w:rsidR="009D1759" w:rsidRDefault="009D1759" w:rsidP="009D1759">
      <w:r>
        <w:t>[Click or tap here to enter your response.]</w:t>
      </w:r>
    </w:p>
    <w:p w14:paraId="31D3C228" w14:textId="77777777" w:rsidR="009D1759" w:rsidRDefault="009D1759" w:rsidP="009D1759">
      <w:r>
        <w:t>________________________________________________________________________________</w:t>
      </w:r>
    </w:p>
    <w:p w14:paraId="23CC536C" w14:textId="77777777" w:rsidR="009D1759" w:rsidRDefault="009D1759" w:rsidP="009D1759">
      <w:r>
        <w:t>________________________________________________________________________________</w:t>
      </w:r>
    </w:p>
    <w:p w14:paraId="70A9165F" w14:textId="77777777" w:rsidR="009D1759" w:rsidRDefault="009D1759" w:rsidP="009D1759">
      <w:r>
        <w:t>________________________________________________________________________________</w:t>
      </w:r>
    </w:p>
    <w:p w14:paraId="21CC26EF" w14:textId="77777777" w:rsidR="009D1759" w:rsidRDefault="009D1759" w:rsidP="009D1759">
      <w:r>
        <w:t>________________________________________________________________________________</w:t>
      </w:r>
    </w:p>
    <w:p w14:paraId="2FFE725F" w14:textId="77777777" w:rsidR="009D1759" w:rsidRDefault="009D1759" w:rsidP="009D1759">
      <w:r>
        <w:t>________________________________________________________________________________</w:t>
      </w:r>
    </w:p>
    <w:p w14:paraId="4F766E4B" w14:textId="77777777" w:rsidR="009D1759" w:rsidRDefault="009D1759" w:rsidP="009D1759"/>
    <w:p w14:paraId="1BB8709A" w14:textId="77777777" w:rsidR="009D1759" w:rsidRDefault="009D1759" w:rsidP="009D1759"/>
    <w:tbl>
      <w:tblPr>
        <w:tblpPr w:leftFromText="180" w:rightFromText="180" w:vertAnchor="text" w:horzAnchor="margin" w:tblpY="149"/>
        <w:tblW w:w="0" w:type="auto"/>
        <w:tblLook w:val="04A0" w:firstRow="1" w:lastRow="0" w:firstColumn="1" w:lastColumn="0" w:noHBand="0" w:noVBand="1"/>
      </w:tblPr>
      <w:tblGrid>
        <w:gridCol w:w="10224"/>
      </w:tblGrid>
      <w:tr w:rsidR="009D1759" w14:paraId="48FD4FAD" w14:textId="77777777" w:rsidTr="00477C23">
        <w:tc>
          <w:tcPr>
            <w:tcW w:w="10224" w:type="dxa"/>
            <w:shd w:val="clear" w:color="auto" w:fill="1F4E79"/>
            <w:vAlign w:val="center"/>
          </w:tcPr>
          <w:p w14:paraId="0DC4910D" w14:textId="77777777" w:rsidR="009D1759" w:rsidRDefault="009D1759" w:rsidP="00477C23">
            <w:pPr>
              <w:spacing w:after="0"/>
            </w:pPr>
            <w:r>
              <w:rPr>
                <w:b/>
                <w:color w:val="FFFFFF"/>
                <w:sz w:val="17"/>
              </w:rPr>
              <w:t>SECTION 4 | ACTIVITIES AND SERVICE</w:t>
            </w:r>
          </w:p>
        </w:tc>
      </w:tr>
      <w:tr w:rsidR="009D1759" w14:paraId="7E47160D" w14:textId="77777777" w:rsidTr="00477C23">
        <w:tc>
          <w:tcPr>
            <w:tcW w:w="10224" w:type="dxa"/>
            <w:shd w:val="clear" w:color="auto" w:fill="1F4E79"/>
            <w:vAlign w:val="center"/>
          </w:tcPr>
          <w:p w14:paraId="38E68347" w14:textId="77777777" w:rsidR="009D1759" w:rsidRDefault="009D1759" w:rsidP="00477C23">
            <w:pPr>
              <w:spacing w:after="0"/>
              <w:rPr>
                <w:b/>
                <w:color w:val="FFFFFF"/>
                <w:sz w:val="17"/>
              </w:rPr>
            </w:pPr>
          </w:p>
        </w:tc>
      </w:tr>
    </w:tbl>
    <w:p w14:paraId="0825FA12" w14:textId="596DFF41" w:rsidR="009D1759" w:rsidRDefault="009D1759" w:rsidP="009D1759"/>
    <w:p w14:paraId="33F73611" w14:textId="77777777" w:rsidR="009D1759" w:rsidRDefault="009D1759" w:rsidP="009D1759">
      <w:pPr>
        <w:spacing w:after="0"/>
      </w:pPr>
    </w:p>
    <w:p w14:paraId="2DE2067D" w14:textId="77777777" w:rsidR="009D1759" w:rsidRDefault="009D1759" w:rsidP="009D1759">
      <w:r>
        <w:rPr>
          <w:b/>
        </w:rPr>
        <w:t>1. Scholarships, Achievements, and Awards</w:t>
      </w:r>
    </w:p>
    <w:p w14:paraId="531FBADB" w14:textId="77777777" w:rsidR="009D1759" w:rsidRDefault="009D1759" w:rsidP="009D1759">
      <w:r>
        <w:t>[Click or tap here to enter your response.]</w:t>
      </w:r>
    </w:p>
    <w:p w14:paraId="03504E69" w14:textId="77777777" w:rsidR="009D1759" w:rsidRDefault="009D1759" w:rsidP="009D1759">
      <w:r>
        <w:t>________________________________________________________________________________</w:t>
      </w:r>
    </w:p>
    <w:p w14:paraId="3ADCC65F" w14:textId="77777777" w:rsidR="009D1759" w:rsidRDefault="009D1759" w:rsidP="009D1759">
      <w:r>
        <w:t>________________________________________________________________________________</w:t>
      </w:r>
    </w:p>
    <w:p w14:paraId="42B2F525" w14:textId="77777777" w:rsidR="009D1759" w:rsidRDefault="009D1759" w:rsidP="009D1759">
      <w:r>
        <w:t>________________________________________________________________________________</w:t>
      </w:r>
    </w:p>
    <w:p w14:paraId="6673539F" w14:textId="77777777" w:rsidR="009D1759" w:rsidRDefault="009D1759" w:rsidP="009D1759">
      <w:r>
        <w:t>________________________________________________________________________________</w:t>
      </w:r>
    </w:p>
    <w:p w14:paraId="715BEA07" w14:textId="77777777" w:rsidR="009D1759" w:rsidRDefault="009D1759" w:rsidP="009D1759">
      <w:r>
        <w:t>________________________________________________________________________________</w:t>
      </w:r>
    </w:p>
    <w:p w14:paraId="6E2E04A1" w14:textId="77777777" w:rsidR="009D1759" w:rsidRDefault="009D1759" w:rsidP="009D1759">
      <w:r>
        <w:t>________________________________________________________________________________</w:t>
      </w:r>
    </w:p>
    <w:p w14:paraId="76747884" w14:textId="77777777" w:rsidR="009D1759" w:rsidRDefault="009D1759" w:rsidP="009D1759">
      <w:r>
        <w:t>________________________________________________________________________________</w:t>
      </w:r>
    </w:p>
    <w:p w14:paraId="6D404CAC" w14:textId="66D01F4A" w:rsidR="009D1759" w:rsidRDefault="009D1759" w:rsidP="009D1759">
      <w:r>
        <w:rPr>
          <w:b/>
        </w:rPr>
        <w:t>2. Extracurricular Activities and Leadership Roles</w:t>
      </w:r>
    </w:p>
    <w:p w14:paraId="56CA51E7" w14:textId="77777777" w:rsidR="009D1759" w:rsidRDefault="009D1759" w:rsidP="009D1759">
      <w:r>
        <w:t>[Click or tap here to enter your response.]</w:t>
      </w:r>
    </w:p>
    <w:p w14:paraId="2AB4E8A8" w14:textId="77777777" w:rsidR="009D1759" w:rsidRDefault="009D1759" w:rsidP="009D1759">
      <w:r>
        <w:t>________________________________________________________________________________</w:t>
      </w:r>
    </w:p>
    <w:p w14:paraId="794E316C" w14:textId="77777777" w:rsidR="009D1759" w:rsidRDefault="009D1759" w:rsidP="009D1759">
      <w:r>
        <w:t>________________________________________________________________________________</w:t>
      </w:r>
    </w:p>
    <w:p w14:paraId="47CAE582" w14:textId="77777777" w:rsidR="009D1759" w:rsidRDefault="009D1759" w:rsidP="009D1759">
      <w:r>
        <w:t>________________________________________________________________________________</w:t>
      </w:r>
    </w:p>
    <w:p w14:paraId="4DD38E02" w14:textId="77777777" w:rsidR="009D1759" w:rsidRDefault="009D1759" w:rsidP="009D1759">
      <w:r>
        <w:t>________________________________________________________________________________</w:t>
      </w:r>
    </w:p>
    <w:p w14:paraId="47FBBE24" w14:textId="77777777" w:rsidR="009D1759" w:rsidRDefault="009D1759" w:rsidP="009D1759">
      <w:r>
        <w:t>________________________________________________________________________________</w:t>
      </w:r>
    </w:p>
    <w:p w14:paraId="563A4D8C" w14:textId="594D37B1" w:rsidR="009D1759" w:rsidRDefault="009D1759" w:rsidP="009D1759">
      <w:r>
        <w:t>________________________________________________________________________________</w:t>
      </w:r>
    </w:p>
    <w:p w14:paraId="0FFF36F8" w14:textId="77777777" w:rsidR="009D1759" w:rsidRDefault="009D1759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02270E" w14:paraId="25058301" w14:textId="77777777">
        <w:trPr>
          <w:jc w:val="center"/>
        </w:trPr>
        <w:tc>
          <w:tcPr>
            <w:tcW w:w="10224" w:type="dxa"/>
            <w:shd w:val="clear" w:color="auto" w:fill="1F4E79"/>
            <w:vAlign w:val="center"/>
          </w:tcPr>
          <w:p w14:paraId="59C9927C" w14:textId="7B3CAA54" w:rsidR="0002270E" w:rsidRDefault="001A2B23">
            <w:pPr>
              <w:spacing w:after="0"/>
            </w:pPr>
            <w:r>
              <w:rPr>
                <w:b/>
                <w:color w:val="FFFFFF"/>
              </w:rPr>
              <w:t xml:space="preserve">SECTION </w:t>
            </w:r>
            <w:r w:rsidR="009D1759">
              <w:rPr>
                <w:b/>
                <w:color w:val="FFFFFF"/>
              </w:rPr>
              <w:t>5</w:t>
            </w:r>
            <w:r>
              <w:rPr>
                <w:b/>
                <w:color w:val="FFFFFF"/>
              </w:rPr>
              <w:t xml:space="preserve"> | REQUIRED DOCUMENTS</w:t>
            </w:r>
          </w:p>
        </w:tc>
      </w:tr>
    </w:tbl>
    <w:p w14:paraId="5F7F7CAD" w14:textId="77777777" w:rsidR="0002270E" w:rsidRDefault="0002270E">
      <w:pPr>
        <w:spacing w:after="0"/>
      </w:pPr>
    </w:p>
    <w:p w14:paraId="38DEE558" w14:textId="77777777" w:rsidR="0002270E" w:rsidRDefault="001A2B23">
      <w:r>
        <w:t>Check each item included with your application.</w:t>
      </w:r>
    </w:p>
    <w:p w14:paraId="5A113B68" w14:textId="77777777" w:rsidR="0002270E" w:rsidRDefault="001A2B23">
      <w:pPr>
        <w:ind w:left="144"/>
      </w:pPr>
      <w:proofErr w:type="gramStart"/>
      <w:r>
        <w:rPr>
          <w:sz w:val="22"/>
        </w:rPr>
        <w:t>☐</w:t>
      </w:r>
      <w:r>
        <w:rPr>
          <w:sz w:val="22"/>
        </w:rPr>
        <w:t xml:space="preserve">  </w:t>
      </w:r>
      <w:r>
        <w:t>Current</w:t>
      </w:r>
      <w:proofErr w:type="gramEnd"/>
      <w:r>
        <w:t xml:space="preserve"> college transcript (required)</w:t>
      </w:r>
    </w:p>
    <w:p w14:paraId="6220E7D6" w14:textId="77777777" w:rsidR="0002270E" w:rsidRDefault="001A2B23">
      <w:pPr>
        <w:ind w:left="144"/>
      </w:pPr>
      <w:proofErr w:type="gramStart"/>
      <w:r>
        <w:rPr>
          <w:sz w:val="22"/>
        </w:rPr>
        <w:t>☐</w:t>
      </w:r>
      <w:r>
        <w:rPr>
          <w:sz w:val="22"/>
        </w:rPr>
        <w:t xml:space="preserve">  </w:t>
      </w:r>
      <w:r>
        <w:t>Letter</w:t>
      </w:r>
      <w:proofErr w:type="gramEnd"/>
      <w:r>
        <w:t xml:space="preserve"> of recommendation from a school official, such as a college professor (required)</w:t>
      </w:r>
    </w:p>
    <w:p w14:paraId="236ADB87" w14:textId="77777777" w:rsidR="0002270E" w:rsidRDefault="001A2B23">
      <w:pPr>
        <w:ind w:left="144"/>
      </w:pPr>
      <w:proofErr w:type="gramStart"/>
      <w:r>
        <w:rPr>
          <w:sz w:val="22"/>
        </w:rPr>
        <w:t>☐</w:t>
      </w:r>
      <w:r>
        <w:rPr>
          <w:sz w:val="22"/>
        </w:rPr>
        <w:t xml:space="preserve">  </w:t>
      </w:r>
      <w:r>
        <w:t>High</w:t>
      </w:r>
      <w:proofErr w:type="gramEnd"/>
      <w:r>
        <w:t xml:space="preserve"> school transcript (required if you graduated from high school within the last five years)</w:t>
      </w:r>
    </w:p>
    <w:p w14:paraId="55749B44" w14:textId="77777777" w:rsidR="0002270E" w:rsidRDefault="001A2B23">
      <w:pPr>
        <w:ind w:left="144"/>
      </w:pPr>
      <w:proofErr w:type="gramStart"/>
      <w:r>
        <w:rPr>
          <w:sz w:val="22"/>
        </w:rPr>
        <w:t>☐</w:t>
      </w:r>
      <w:r>
        <w:rPr>
          <w:sz w:val="22"/>
        </w:rPr>
        <w:t xml:space="preserve">  </w:t>
      </w:r>
      <w:r>
        <w:t>Past</w:t>
      </w:r>
      <w:proofErr w:type="gramEnd"/>
      <w:r>
        <w:t xml:space="preserve"> college transcript(s), if applicable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02270E" w14:paraId="316381E5" w14:textId="77777777">
        <w:trPr>
          <w:jc w:val="center"/>
        </w:trPr>
        <w:tc>
          <w:tcPr>
            <w:tcW w:w="10224" w:type="dxa"/>
            <w:shd w:val="clear" w:color="auto" w:fill="1F4E79"/>
            <w:vAlign w:val="center"/>
          </w:tcPr>
          <w:p w14:paraId="757555A5" w14:textId="2317A54B" w:rsidR="0002270E" w:rsidRDefault="001A2B23">
            <w:pPr>
              <w:spacing w:after="0"/>
            </w:pPr>
            <w:r>
              <w:rPr>
                <w:b/>
                <w:color w:val="FFFFFF"/>
              </w:rPr>
              <w:t xml:space="preserve">SECTION </w:t>
            </w:r>
            <w:r w:rsidR="009D1759">
              <w:rPr>
                <w:b/>
                <w:color w:val="FFFFFF"/>
              </w:rPr>
              <w:t>6</w:t>
            </w:r>
            <w:r>
              <w:rPr>
                <w:b/>
                <w:color w:val="FFFFFF"/>
              </w:rPr>
              <w:t xml:space="preserve"> | STUDENT CERTIFICATION</w:t>
            </w:r>
          </w:p>
        </w:tc>
      </w:tr>
    </w:tbl>
    <w:p w14:paraId="517AF7D8" w14:textId="77777777" w:rsidR="0002270E" w:rsidRDefault="0002270E">
      <w:pPr>
        <w:spacing w:after="0"/>
      </w:pPr>
    </w:p>
    <w:p w14:paraId="75830882" w14:textId="7D628305" w:rsidR="0002270E" w:rsidRDefault="001A2B23">
      <w:r>
        <w:t xml:space="preserve">I certify that the information provided in this application is accurate and complete to the best of my knowledge. I understand that </w:t>
      </w:r>
      <w:r w:rsidR="009D1759">
        <w:t xml:space="preserve">the Community Health Foundation of Kay County determines scholarship awards and that, if granted, the award </w:t>
      </w:r>
      <w:r>
        <w:t>will be paid to the NOC Bursar. I understand that my scholarship award may be publicly announced in local newspapers or on social media.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6696"/>
      </w:tblGrid>
      <w:tr w:rsidR="0002270E" w14:paraId="534E3D65" w14:textId="77777777">
        <w:trPr>
          <w:jc w:val="center"/>
        </w:trPr>
        <w:tc>
          <w:tcPr>
            <w:tcW w:w="3528" w:type="dxa"/>
            <w:vAlign w:val="center"/>
          </w:tcPr>
          <w:p w14:paraId="3EEA6AC6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Student Signature</w:t>
            </w:r>
          </w:p>
        </w:tc>
        <w:tc>
          <w:tcPr>
            <w:tcW w:w="6696" w:type="dxa"/>
            <w:vAlign w:val="center"/>
          </w:tcPr>
          <w:p w14:paraId="420EF809" w14:textId="77777777" w:rsidR="0002270E" w:rsidRDefault="001A2B23">
            <w:pPr>
              <w:spacing w:after="0"/>
            </w:pPr>
            <w:r>
              <w:rPr>
                <w:sz w:val="17"/>
              </w:rPr>
              <w:t>[Type full name or sign after printing]</w:t>
            </w:r>
          </w:p>
        </w:tc>
      </w:tr>
      <w:tr w:rsidR="0002270E" w14:paraId="7DE93E30" w14:textId="77777777">
        <w:trPr>
          <w:jc w:val="center"/>
        </w:trPr>
        <w:tc>
          <w:tcPr>
            <w:tcW w:w="3528" w:type="dxa"/>
            <w:vAlign w:val="center"/>
          </w:tcPr>
          <w:p w14:paraId="7B963A82" w14:textId="77777777" w:rsidR="0002270E" w:rsidRDefault="001A2B23"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6696" w:type="dxa"/>
            <w:vAlign w:val="center"/>
          </w:tcPr>
          <w:p w14:paraId="4D4F7FDE" w14:textId="77777777" w:rsidR="0002270E" w:rsidRDefault="001A2B23">
            <w:pPr>
              <w:spacing w:after="0"/>
            </w:pPr>
            <w:r>
              <w:rPr>
                <w:sz w:val="17"/>
              </w:rPr>
              <w:t>[MM/DD/YYYY]</w:t>
            </w:r>
          </w:p>
        </w:tc>
      </w:tr>
    </w:tbl>
    <w:p w14:paraId="7803AFC5" w14:textId="77777777" w:rsidR="0002270E" w:rsidRDefault="0002270E">
      <w:pPr>
        <w:spacing w:after="0"/>
      </w:pPr>
    </w:p>
    <w:p w14:paraId="407B0DFB" w14:textId="77777777" w:rsidR="0002270E" w:rsidRDefault="001A2B23">
      <w:pPr>
        <w:spacing w:before="60"/>
        <w:jc w:val="center"/>
      </w:pPr>
      <w:r>
        <w:rPr>
          <w:b/>
          <w:color w:val="1F4E79"/>
        </w:rPr>
        <w:t>Community Health Foundation of Kay County</w:t>
      </w:r>
    </w:p>
    <w:p w14:paraId="4BD421F0" w14:textId="77777777" w:rsidR="0002270E" w:rsidRDefault="001A2B23">
      <w:pPr>
        <w:spacing w:after="0"/>
        <w:jc w:val="center"/>
      </w:pPr>
      <w:r>
        <w:rPr>
          <w:sz w:val="16"/>
        </w:rPr>
        <w:t xml:space="preserve">PO Box 828, Ponca City, OK </w:t>
      </w:r>
      <w:proofErr w:type="gramStart"/>
      <w:r>
        <w:rPr>
          <w:sz w:val="16"/>
        </w:rPr>
        <w:t>74602  |</w:t>
      </w:r>
      <w:proofErr w:type="gramEnd"/>
      <w:r>
        <w:rPr>
          <w:sz w:val="16"/>
        </w:rPr>
        <w:t xml:space="preserve">  (580) 765-</w:t>
      </w:r>
      <w:proofErr w:type="gramStart"/>
      <w:r>
        <w:rPr>
          <w:sz w:val="16"/>
        </w:rPr>
        <w:t>0581  |</w:t>
      </w:r>
      <w:proofErr w:type="gramEnd"/>
      <w:r>
        <w:rPr>
          <w:sz w:val="16"/>
        </w:rPr>
        <w:t xml:space="preserve">  </w:t>
      </w:r>
      <w:proofErr w:type="gramStart"/>
      <w:r>
        <w:rPr>
          <w:sz w:val="16"/>
        </w:rPr>
        <w:t>chfkayco@gmail.com  |</w:t>
      </w:r>
      <w:proofErr w:type="gramEnd"/>
      <w:r>
        <w:rPr>
          <w:sz w:val="16"/>
        </w:rPr>
        <w:t xml:space="preserve">  chfkayco.com</w:t>
      </w:r>
    </w:p>
    <w:sectPr w:rsidR="0002270E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2EC4" w14:textId="77777777" w:rsidR="00370A11" w:rsidRDefault="00370A11">
      <w:pPr>
        <w:spacing w:after="0" w:line="240" w:lineRule="auto"/>
      </w:pPr>
      <w:r>
        <w:separator/>
      </w:r>
    </w:p>
  </w:endnote>
  <w:endnote w:type="continuationSeparator" w:id="0">
    <w:p w14:paraId="0F056BD6" w14:textId="77777777" w:rsidR="00370A11" w:rsidRDefault="00370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5224" w14:textId="77777777" w:rsidR="0002270E" w:rsidRDefault="001A2B23">
    <w:pPr>
      <w:pStyle w:val="Footer"/>
      <w:jc w:val="center"/>
    </w:pPr>
    <w:r>
      <w:rPr>
        <w:color w:val="646464"/>
        <w:sz w:val="14"/>
      </w:rPr>
      <w:t>CHF NOC Nursing Student Scholarship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16829" w14:textId="77777777" w:rsidR="00370A11" w:rsidRDefault="00370A11">
      <w:pPr>
        <w:spacing w:after="0" w:line="240" w:lineRule="auto"/>
      </w:pPr>
      <w:r>
        <w:separator/>
      </w:r>
    </w:p>
  </w:footnote>
  <w:footnote w:type="continuationSeparator" w:id="0">
    <w:p w14:paraId="5CD66232" w14:textId="77777777" w:rsidR="00370A11" w:rsidRDefault="00370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6307709">
    <w:abstractNumId w:val="8"/>
  </w:num>
  <w:num w:numId="2" w16cid:durableId="1058935228">
    <w:abstractNumId w:val="6"/>
  </w:num>
  <w:num w:numId="3" w16cid:durableId="1848398549">
    <w:abstractNumId w:val="5"/>
  </w:num>
  <w:num w:numId="4" w16cid:durableId="746728847">
    <w:abstractNumId w:val="4"/>
  </w:num>
  <w:num w:numId="5" w16cid:durableId="1101142851">
    <w:abstractNumId w:val="7"/>
  </w:num>
  <w:num w:numId="6" w16cid:durableId="788545365">
    <w:abstractNumId w:val="3"/>
  </w:num>
  <w:num w:numId="7" w16cid:durableId="306908622">
    <w:abstractNumId w:val="2"/>
  </w:num>
  <w:num w:numId="8" w16cid:durableId="1283151373">
    <w:abstractNumId w:val="1"/>
  </w:num>
  <w:num w:numId="9" w16cid:durableId="996225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70E"/>
    <w:rsid w:val="00034616"/>
    <w:rsid w:val="0006063C"/>
    <w:rsid w:val="0015074B"/>
    <w:rsid w:val="001A2B23"/>
    <w:rsid w:val="0029639D"/>
    <w:rsid w:val="002A19C2"/>
    <w:rsid w:val="00326F90"/>
    <w:rsid w:val="00370A11"/>
    <w:rsid w:val="009D1759"/>
    <w:rsid w:val="00AA1D8D"/>
    <w:rsid w:val="00B47730"/>
    <w:rsid w:val="00CB0664"/>
    <w:rsid w:val="00D95C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D38ACA"/>
  <w14:defaultImageDpi w14:val="300"/>
  <w15:docId w15:val="{937EC6AC-AC82-41BF-A9C2-D6230A96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Derion Schieber</cp:lastModifiedBy>
  <cp:revision>2</cp:revision>
  <dcterms:created xsi:type="dcterms:W3CDTF">2026-10-13T16:48:00Z</dcterms:created>
  <dcterms:modified xsi:type="dcterms:W3CDTF">2026-10-13T16:48:00Z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c9f2da8396b9d7101ebc8e9f3549eeef1d776f05cce336c322437c20ac79655d</vt:lpwstr>
  </property>
</Properties>
</file>