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2DDB74" w14:textId="77777777" w:rsidR="00A70FD1" w:rsidRDefault="00F9239A">
      <w:pPr>
        <w:jc w:val="center"/>
      </w:pPr>
      <w:r>
        <w:rPr>
          <w:b/>
          <w:color w:val="1F4E79"/>
          <w:sz w:val="22"/>
        </w:rPr>
        <w:t>COMMUNITY HEALTH FOUNDATION OF KAY COUNTY</w:t>
      </w:r>
    </w:p>
    <w:p w14:paraId="4948A13F" w14:textId="77777777" w:rsidR="00A70FD1" w:rsidRDefault="00F9239A">
      <w:pPr>
        <w:spacing w:after="40"/>
        <w:jc w:val="center"/>
      </w:pPr>
      <w:r>
        <w:rPr>
          <w:b/>
          <w:color w:val="1F4E79"/>
          <w:sz w:val="32"/>
        </w:rPr>
        <w:t>HIGH SCHOOL SENIOR SCHOLARSHIP APPLICATION</w:t>
      </w:r>
    </w:p>
    <w:p w14:paraId="025EB8E5" w14:textId="77777777" w:rsidR="00A70FD1" w:rsidRDefault="00F9239A">
      <w:pPr>
        <w:jc w:val="center"/>
      </w:pPr>
      <w:r>
        <w:rPr>
          <w:b/>
          <w:color w:val="C00000"/>
          <w:sz w:val="22"/>
        </w:rPr>
        <w:t>APPLICATION DEADLINE: MARCH 1, 2027</w:t>
      </w:r>
    </w:p>
    <w:p w14:paraId="06E7D5DA" w14:textId="0082FE6A" w:rsidR="00A70FD1" w:rsidRDefault="00F9239A">
      <w:pPr>
        <w:spacing w:after="100"/>
      </w:pPr>
      <w:r>
        <w:t xml:space="preserve">This scholarship is for graduating high school seniors who plan to study in a healthcare-related field and hope to work in Kay County or the surrounding area after graduation. The award is generally $500 and is paid directly to the bursar of the student's selected school after the Foundation receives proof of enrollment. </w:t>
      </w:r>
      <w:r w:rsidR="000441FB">
        <w:t>The Foundation may announce scholarship recipients</w:t>
      </w:r>
      <w:r>
        <w:t xml:space="preserve"> in local newspapers or on social media. This is a one-time award; students may apply for other CHF scholarships after completing their first semester of college. Additional information is available on the CHF website scholarship page. Awards are at the sole discretion of the CHF Scholarship Committee.</w:t>
      </w:r>
    </w:p>
    <w:p w14:paraId="0703C991" w14:textId="77777777" w:rsidR="00A70FD1" w:rsidRDefault="00F9239A">
      <w:pPr>
        <w:spacing w:before="40"/>
      </w:pPr>
      <w:r>
        <w:rPr>
          <w:b/>
          <w:color w:val="1F4E79"/>
          <w:sz w:val="20"/>
        </w:rPr>
        <w:t>ELIGIBILITY REQUIREMENTS</w:t>
      </w:r>
    </w:p>
    <w:p w14:paraId="37588114" w14:textId="77777777" w:rsidR="00A70FD1" w:rsidRDefault="00F9239A">
      <w:pPr>
        <w:ind w:left="259" w:hanging="259"/>
      </w:pPr>
      <w:r>
        <w:rPr>
          <w:b/>
        </w:rPr>
        <w:t xml:space="preserve">1. </w:t>
      </w:r>
      <w:r>
        <w:t>Graduating high school seniors who graduate from a high school in Kay County or reside in Kay County may apply.</w:t>
      </w:r>
    </w:p>
    <w:p w14:paraId="595CBCCD" w14:textId="77777777" w:rsidR="00A70FD1" w:rsidRDefault="00F9239A">
      <w:pPr>
        <w:ind w:left="259" w:hanging="259"/>
      </w:pPr>
      <w:r>
        <w:rPr>
          <w:b/>
        </w:rPr>
        <w:t xml:space="preserve">2. </w:t>
      </w:r>
      <w:r>
        <w:t>Applicants must plan to attend an accredited educational institution to obtain a degree, license, or certification in a healthcare-related field.</w:t>
      </w:r>
    </w:p>
    <w:p w14:paraId="55C3E3EE" w14:textId="77777777" w:rsidR="00A70FD1" w:rsidRDefault="00F9239A">
      <w:pPr>
        <w:ind w:left="259" w:hanging="259"/>
      </w:pPr>
      <w:r>
        <w:rPr>
          <w:b/>
        </w:rPr>
        <w:t xml:space="preserve">3. </w:t>
      </w:r>
      <w:r>
        <w:t>Applicants should have a GPA of 3.0 or greater and either an SAT score above the 50th percentile or an ACT composite score above 20.</w:t>
      </w:r>
    </w:p>
    <w:p w14:paraId="570C0B09" w14:textId="77777777" w:rsidR="00A70FD1" w:rsidRDefault="00F9239A">
      <w:pPr>
        <w:ind w:left="259" w:hanging="259"/>
      </w:pPr>
      <w:r>
        <w:rPr>
          <w:b/>
        </w:rPr>
        <w:t xml:space="preserve">4. </w:t>
      </w:r>
      <w:r>
        <w:t>Applicants must complete all application fields and provide a recent high school transcript and one letter of recommendation from a teacher or community leader.</w:t>
      </w:r>
    </w:p>
    <w:p w14:paraId="04102F7D" w14:textId="77777777" w:rsidR="00A70FD1" w:rsidRDefault="00F9239A">
      <w:pPr>
        <w:spacing w:before="20"/>
      </w:pPr>
      <w:r>
        <w:rPr>
          <w:b/>
        </w:rPr>
        <w:t xml:space="preserve">Questions? </w:t>
      </w:r>
      <w:r>
        <w:t>Contact the CHF Executive Director at chfkayco@gmail.com.</w:t>
      </w:r>
    </w:p>
    <w:tbl>
      <w:tblPr>
        <w:tblW w:w="0" w:type="auto"/>
        <w:jc w:val="center"/>
        <w:tblLook w:val="04A0" w:firstRow="1" w:lastRow="0" w:firstColumn="1" w:lastColumn="0" w:noHBand="0" w:noVBand="1"/>
      </w:tblPr>
      <w:tblGrid>
        <w:gridCol w:w="10224"/>
      </w:tblGrid>
      <w:tr w:rsidR="00A70FD1" w14:paraId="56CE16AF" w14:textId="77777777">
        <w:trPr>
          <w:jc w:val="center"/>
        </w:trPr>
        <w:tc>
          <w:tcPr>
            <w:tcW w:w="10224" w:type="dxa"/>
            <w:shd w:val="clear" w:color="auto" w:fill="1F4E79"/>
            <w:vAlign w:val="center"/>
          </w:tcPr>
          <w:p w14:paraId="7BFA925E" w14:textId="77777777" w:rsidR="00A70FD1" w:rsidRDefault="00F9239A">
            <w:pPr>
              <w:spacing w:after="0"/>
            </w:pPr>
            <w:r>
              <w:rPr>
                <w:b/>
                <w:color w:val="FFFFFF"/>
                <w:sz w:val="17"/>
              </w:rPr>
              <w:t>SECTION 1 | STUDENT INFORMATION</w:t>
            </w:r>
          </w:p>
        </w:tc>
      </w:tr>
    </w:tbl>
    <w:p w14:paraId="3B491F33" w14:textId="77777777" w:rsidR="00A70FD1" w:rsidRDefault="00A70FD1">
      <w:pPr>
        <w:spacing w:after="0"/>
      </w:pPr>
    </w:p>
    <w:tbl>
      <w:tblPr>
        <w:tblStyle w:val="TableGrid"/>
        <w:tblW w:w="0" w:type="auto"/>
        <w:jc w:val="center"/>
        <w:tblLayout w:type="fixed"/>
        <w:tblLook w:val="04A0" w:firstRow="1" w:lastRow="0" w:firstColumn="1" w:lastColumn="0" w:noHBand="0" w:noVBand="1"/>
      </w:tblPr>
      <w:tblGrid>
        <w:gridCol w:w="3240"/>
        <w:gridCol w:w="6984"/>
      </w:tblGrid>
      <w:tr w:rsidR="00A70FD1" w14:paraId="456D080E" w14:textId="77777777">
        <w:trPr>
          <w:jc w:val="center"/>
        </w:trPr>
        <w:tc>
          <w:tcPr>
            <w:tcW w:w="3240" w:type="dxa"/>
            <w:vAlign w:val="center"/>
          </w:tcPr>
          <w:p w14:paraId="7F3EC961" w14:textId="77777777" w:rsidR="00A70FD1" w:rsidRDefault="00F9239A">
            <w:pPr>
              <w:spacing w:after="0"/>
            </w:pPr>
            <w:r>
              <w:rPr>
                <w:b/>
                <w:sz w:val="17"/>
              </w:rPr>
              <w:t>Full Legal Name</w:t>
            </w:r>
          </w:p>
        </w:tc>
        <w:tc>
          <w:tcPr>
            <w:tcW w:w="6984" w:type="dxa"/>
            <w:vAlign w:val="center"/>
          </w:tcPr>
          <w:p w14:paraId="26C096FC" w14:textId="77777777" w:rsidR="00A70FD1" w:rsidRDefault="00F9239A">
            <w:pPr>
              <w:spacing w:after="0"/>
            </w:pPr>
            <w:r>
              <w:rPr>
                <w:sz w:val="17"/>
              </w:rPr>
              <w:t>[Click or tap here to enter text]</w:t>
            </w:r>
          </w:p>
        </w:tc>
      </w:tr>
      <w:tr w:rsidR="00A70FD1" w14:paraId="52644839" w14:textId="77777777">
        <w:trPr>
          <w:jc w:val="center"/>
        </w:trPr>
        <w:tc>
          <w:tcPr>
            <w:tcW w:w="3240" w:type="dxa"/>
            <w:vAlign w:val="center"/>
          </w:tcPr>
          <w:p w14:paraId="02DAD802" w14:textId="77777777" w:rsidR="00A70FD1" w:rsidRDefault="00F9239A">
            <w:pPr>
              <w:spacing w:after="0"/>
            </w:pPr>
            <w:r>
              <w:rPr>
                <w:b/>
                <w:sz w:val="17"/>
              </w:rPr>
              <w:t>Home Address</w:t>
            </w:r>
          </w:p>
        </w:tc>
        <w:tc>
          <w:tcPr>
            <w:tcW w:w="6984" w:type="dxa"/>
            <w:vAlign w:val="center"/>
          </w:tcPr>
          <w:p w14:paraId="209D6CD1" w14:textId="77777777" w:rsidR="00A70FD1" w:rsidRDefault="00F9239A">
            <w:pPr>
              <w:spacing w:after="0"/>
            </w:pPr>
            <w:r>
              <w:rPr>
                <w:sz w:val="17"/>
              </w:rPr>
              <w:t>[Street address, city, state, ZIP]</w:t>
            </w:r>
          </w:p>
        </w:tc>
      </w:tr>
      <w:tr w:rsidR="00A70FD1" w14:paraId="6BB17992" w14:textId="77777777">
        <w:trPr>
          <w:jc w:val="center"/>
        </w:trPr>
        <w:tc>
          <w:tcPr>
            <w:tcW w:w="3240" w:type="dxa"/>
            <w:vAlign w:val="center"/>
          </w:tcPr>
          <w:p w14:paraId="6C338952" w14:textId="77777777" w:rsidR="00A70FD1" w:rsidRDefault="00F9239A">
            <w:pPr>
              <w:spacing w:after="0"/>
            </w:pPr>
            <w:r>
              <w:rPr>
                <w:b/>
                <w:sz w:val="17"/>
              </w:rPr>
              <w:t>Phone Number</w:t>
            </w:r>
          </w:p>
        </w:tc>
        <w:tc>
          <w:tcPr>
            <w:tcW w:w="6984" w:type="dxa"/>
            <w:vAlign w:val="center"/>
          </w:tcPr>
          <w:p w14:paraId="10280E18" w14:textId="77777777" w:rsidR="00A70FD1" w:rsidRDefault="00F9239A">
            <w:pPr>
              <w:spacing w:after="0"/>
            </w:pPr>
            <w:r>
              <w:rPr>
                <w:sz w:val="17"/>
              </w:rPr>
              <w:t>[Click or tap here to enter text]</w:t>
            </w:r>
          </w:p>
        </w:tc>
      </w:tr>
      <w:tr w:rsidR="00A70FD1" w14:paraId="5198B595" w14:textId="77777777">
        <w:trPr>
          <w:jc w:val="center"/>
        </w:trPr>
        <w:tc>
          <w:tcPr>
            <w:tcW w:w="3240" w:type="dxa"/>
            <w:vAlign w:val="center"/>
          </w:tcPr>
          <w:p w14:paraId="1291C17D" w14:textId="77777777" w:rsidR="00A70FD1" w:rsidRDefault="00F9239A">
            <w:pPr>
              <w:spacing w:after="0"/>
            </w:pPr>
            <w:r>
              <w:rPr>
                <w:b/>
                <w:sz w:val="17"/>
              </w:rPr>
              <w:t>Email Address</w:t>
            </w:r>
          </w:p>
        </w:tc>
        <w:tc>
          <w:tcPr>
            <w:tcW w:w="6984" w:type="dxa"/>
            <w:vAlign w:val="center"/>
          </w:tcPr>
          <w:p w14:paraId="7CB89E2A" w14:textId="77777777" w:rsidR="00A70FD1" w:rsidRDefault="00F9239A">
            <w:pPr>
              <w:spacing w:after="0"/>
            </w:pPr>
            <w:r>
              <w:rPr>
                <w:sz w:val="17"/>
              </w:rPr>
              <w:t>[Click or tap here to enter text]</w:t>
            </w:r>
          </w:p>
        </w:tc>
      </w:tr>
      <w:tr w:rsidR="00A70FD1" w14:paraId="1700F1D7" w14:textId="77777777">
        <w:trPr>
          <w:jc w:val="center"/>
        </w:trPr>
        <w:tc>
          <w:tcPr>
            <w:tcW w:w="3240" w:type="dxa"/>
            <w:vAlign w:val="center"/>
          </w:tcPr>
          <w:p w14:paraId="6A7AE693" w14:textId="77777777" w:rsidR="00A70FD1" w:rsidRDefault="00F9239A">
            <w:pPr>
              <w:spacing w:after="0"/>
            </w:pPr>
            <w:r>
              <w:rPr>
                <w:b/>
                <w:sz w:val="17"/>
              </w:rPr>
              <w:t>Date of Birth</w:t>
            </w:r>
          </w:p>
        </w:tc>
        <w:tc>
          <w:tcPr>
            <w:tcW w:w="6984" w:type="dxa"/>
            <w:vAlign w:val="center"/>
          </w:tcPr>
          <w:p w14:paraId="07EC8041" w14:textId="77777777" w:rsidR="00A70FD1" w:rsidRDefault="00F9239A">
            <w:pPr>
              <w:spacing w:after="0"/>
            </w:pPr>
            <w:r>
              <w:rPr>
                <w:sz w:val="17"/>
              </w:rPr>
              <w:t>[MM/DD/YYYY]</w:t>
            </w:r>
          </w:p>
        </w:tc>
      </w:tr>
      <w:tr w:rsidR="00A70FD1" w14:paraId="707C0B13" w14:textId="77777777">
        <w:trPr>
          <w:jc w:val="center"/>
        </w:trPr>
        <w:tc>
          <w:tcPr>
            <w:tcW w:w="3240" w:type="dxa"/>
            <w:vAlign w:val="center"/>
          </w:tcPr>
          <w:p w14:paraId="1A4A8FBD" w14:textId="77777777" w:rsidR="00A70FD1" w:rsidRDefault="00F9239A">
            <w:pPr>
              <w:spacing w:after="0"/>
            </w:pPr>
            <w:r>
              <w:rPr>
                <w:b/>
                <w:sz w:val="17"/>
              </w:rPr>
              <w:t>High School</w:t>
            </w:r>
          </w:p>
        </w:tc>
        <w:tc>
          <w:tcPr>
            <w:tcW w:w="6984" w:type="dxa"/>
            <w:vAlign w:val="center"/>
          </w:tcPr>
          <w:p w14:paraId="3978F5D7" w14:textId="77777777" w:rsidR="00A70FD1" w:rsidRDefault="00F9239A">
            <w:pPr>
              <w:spacing w:after="0"/>
            </w:pPr>
            <w:r>
              <w:rPr>
                <w:sz w:val="17"/>
              </w:rPr>
              <w:t>[Click or tap here to enter text]</w:t>
            </w:r>
          </w:p>
        </w:tc>
      </w:tr>
      <w:tr w:rsidR="00A70FD1" w14:paraId="1292A4E9" w14:textId="77777777">
        <w:trPr>
          <w:jc w:val="center"/>
        </w:trPr>
        <w:tc>
          <w:tcPr>
            <w:tcW w:w="3240" w:type="dxa"/>
            <w:vAlign w:val="center"/>
          </w:tcPr>
          <w:p w14:paraId="61C1CD2A" w14:textId="77777777" w:rsidR="00A70FD1" w:rsidRDefault="00F9239A">
            <w:pPr>
              <w:spacing w:after="0"/>
            </w:pPr>
            <w:r>
              <w:rPr>
                <w:b/>
                <w:sz w:val="17"/>
              </w:rPr>
              <w:t>Expected Graduation Date</w:t>
            </w:r>
          </w:p>
        </w:tc>
        <w:tc>
          <w:tcPr>
            <w:tcW w:w="6984" w:type="dxa"/>
            <w:vAlign w:val="center"/>
          </w:tcPr>
          <w:p w14:paraId="62E8A86F" w14:textId="77777777" w:rsidR="00A70FD1" w:rsidRDefault="00F9239A">
            <w:pPr>
              <w:spacing w:after="0"/>
            </w:pPr>
            <w:r>
              <w:rPr>
                <w:sz w:val="17"/>
              </w:rPr>
              <w:t>[MM/YYYY]</w:t>
            </w:r>
          </w:p>
        </w:tc>
      </w:tr>
      <w:tr w:rsidR="00A70FD1" w14:paraId="322D8908" w14:textId="77777777">
        <w:trPr>
          <w:jc w:val="center"/>
        </w:trPr>
        <w:tc>
          <w:tcPr>
            <w:tcW w:w="3240" w:type="dxa"/>
            <w:vAlign w:val="center"/>
          </w:tcPr>
          <w:p w14:paraId="1ECD386B" w14:textId="77777777" w:rsidR="00A70FD1" w:rsidRDefault="00F9239A">
            <w:pPr>
              <w:spacing w:after="0"/>
            </w:pPr>
            <w:r>
              <w:rPr>
                <w:b/>
                <w:sz w:val="17"/>
              </w:rPr>
              <w:t>Current Cumulative GPA</w:t>
            </w:r>
          </w:p>
        </w:tc>
        <w:tc>
          <w:tcPr>
            <w:tcW w:w="6984" w:type="dxa"/>
            <w:vAlign w:val="center"/>
          </w:tcPr>
          <w:p w14:paraId="41FA1612" w14:textId="77777777" w:rsidR="00A70FD1" w:rsidRDefault="00F9239A">
            <w:pPr>
              <w:spacing w:after="0"/>
            </w:pPr>
            <w:r>
              <w:rPr>
                <w:sz w:val="17"/>
              </w:rPr>
              <w:t>[Enter GPA]</w:t>
            </w:r>
          </w:p>
        </w:tc>
      </w:tr>
    </w:tbl>
    <w:p w14:paraId="17EEBF3E" w14:textId="77777777" w:rsidR="00A70FD1" w:rsidRDefault="00A70FD1">
      <w:pPr>
        <w:spacing w:after="0"/>
      </w:pPr>
    </w:p>
    <w:tbl>
      <w:tblPr>
        <w:tblW w:w="0" w:type="auto"/>
        <w:jc w:val="center"/>
        <w:tblLook w:val="04A0" w:firstRow="1" w:lastRow="0" w:firstColumn="1" w:lastColumn="0" w:noHBand="0" w:noVBand="1"/>
      </w:tblPr>
      <w:tblGrid>
        <w:gridCol w:w="10224"/>
      </w:tblGrid>
      <w:tr w:rsidR="00A70FD1" w14:paraId="43C213D8" w14:textId="77777777">
        <w:trPr>
          <w:jc w:val="center"/>
        </w:trPr>
        <w:tc>
          <w:tcPr>
            <w:tcW w:w="10224" w:type="dxa"/>
            <w:shd w:val="clear" w:color="auto" w:fill="1F4E79"/>
            <w:vAlign w:val="center"/>
          </w:tcPr>
          <w:p w14:paraId="3D2B5E01" w14:textId="77777777" w:rsidR="00A70FD1" w:rsidRDefault="00F9239A">
            <w:pPr>
              <w:spacing w:after="0"/>
            </w:pPr>
            <w:r>
              <w:rPr>
                <w:b/>
                <w:color w:val="FFFFFF"/>
                <w:sz w:val="17"/>
              </w:rPr>
              <w:t>SECTION 2 | ACADEMIC INFORMATION</w:t>
            </w:r>
          </w:p>
        </w:tc>
      </w:tr>
    </w:tbl>
    <w:p w14:paraId="07802A40" w14:textId="77777777" w:rsidR="00A70FD1" w:rsidRDefault="00A70FD1">
      <w:pPr>
        <w:spacing w:after="0"/>
      </w:pPr>
    </w:p>
    <w:tbl>
      <w:tblPr>
        <w:tblStyle w:val="TableGrid"/>
        <w:tblW w:w="0" w:type="auto"/>
        <w:jc w:val="center"/>
        <w:tblLayout w:type="fixed"/>
        <w:tblLook w:val="04A0" w:firstRow="1" w:lastRow="0" w:firstColumn="1" w:lastColumn="0" w:noHBand="0" w:noVBand="1"/>
      </w:tblPr>
      <w:tblGrid>
        <w:gridCol w:w="3240"/>
        <w:gridCol w:w="6984"/>
      </w:tblGrid>
      <w:tr w:rsidR="00A70FD1" w14:paraId="77C64DBE" w14:textId="77777777">
        <w:trPr>
          <w:jc w:val="center"/>
        </w:trPr>
        <w:tc>
          <w:tcPr>
            <w:tcW w:w="3240" w:type="dxa"/>
            <w:vAlign w:val="center"/>
          </w:tcPr>
          <w:p w14:paraId="5AE1987D" w14:textId="77777777" w:rsidR="00A70FD1" w:rsidRDefault="00F9239A">
            <w:pPr>
              <w:spacing w:after="0"/>
            </w:pPr>
            <w:r>
              <w:rPr>
                <w:b/>
                <w:sz w:val="17"/>
              </w:rPr>
              <w:t>College / Educational Institution</w:t>
            </w:r>
          </w:p>
        </w:tc>
        <w:tc>
          <w:tcPr>
            <w:tcW w:w="6984" w:type="dxa"/>
            <w:vAlign w:val="center"/>
          </w:tcPr>
          <w:p w14:paraId="1BA3D8F1" w14:textId="77777777" w:rsidR="00A70FD1" w:rsidRDefault="00F9239A">
            <w:pPr>
              <w:spacing w:after="0"/>
            </w:pPr>
            <w:r>
              <w:rPr>
                <w:sz w:val="17"/>
              </w:rPr>
              <w:t>[Name of school you plan to attend]</w:t>
            </w:r>
          </w:p>
        </w:tc>
      </w:tr>
      <w:tr w:rsidR="00A70FD1" w14:paraId="6AA9BD61" w14:textId="77777777">
        <w:trPr>
          <w:jc w:val="center"/>
        </w:trPr>
        <w:tc>
          <w:tcPr>
            <w:tcW w:w="3240" w:type="dxa"/>
            <w:vAlign w:val="center"/>
          </w:tcPr>
          <w:p w14:paraId="0DA17B12" w14:textId="77777777" w:rsidR="00A70FD1" w:rsidRDefault="00F9239A">
            <w:pPr>
              <w:spacing w:after="0"/>
            </w:pPr>
            <w:r>
              <w:rPr>
                <w:b/>
                <w:sz w:val="17"/>
              </w:rPr>
              <w:t>Planned Major / Program of Study</w:t>
            </w:r>
          </w:p>
        </w:tc>
        <w:tc>
          <w:tcPr>
            <w:tcW w:w="6984" w:type="dxa"/>
            <w:vAlign w:val="center"/>
          </w:tcPr>
          <w:p w14:paraId="06FB1D8F" w14:textId="77777777" w:rsidR="00A70FD1" w:rsidRDefault="00F9239A">
            <w:pPr>
              <w:spacing w:after="0"/>
            </w:pPr>
            <w:r>
              <w:rPr>
                <w:sz w:val="17"/>
              </w:rPr>
              <w:t>[Healthcare-related field]</w:t>
            </w:r>
          </w:p>
        </w:tc>
      </w:tr>
      <w:tr w:rsidR="00A70FD1" w14:paraId="4EE4FB07" w14:textId="77777777">
        <w:trPr>
          <w:jc w:val="center"/>
        </w:trPr>
        <w:tc>
          <w:tcPr>
            <w:tcW w:w="3240" w:type="dxa"/>
            <w:vAlign w:val="center"/>
          </w:tcPr>
          <w:p w14:paraId="0CD3288E" w14:textId="77777777" w:rsidR="00A70FD1" w:rsidRDefault="00F9239A">
            <w:pPr>
              <w:spacing w:after="0"/>
            </w:pPr>
            <w:r>
              <w:rPr>
                <w:b/>
                <w:sz w:val="17"/>
              </w:rPr>
              <w:t>Degree, License, or Certification</w:t>
            </w:r>
          </w:p>
        </w:tc>
        <w:tc>
          <w:tcPr>
            <w:tcW w:w="6984" w:type="dxa"/>
            <w:vAlign w:val="center"/>
          </w:tcPr>
          <w:p w14:paraId="1BC77BCC" w14:textId="77777777" w:rsidR="00A70FD1" w:rsidRDefault="00F9239A">
            <w:pPr>
              <w:spacing w:after="0"/>
            </w:pPr>
            <w:r>
              <w:rPr>
                <w:sz w:val="17"/>
              </w:rPr>
              <w:t>[Click or tap here to enter text]</w:t>
            </w:r>
          </w:p>
        </w:tc>
      </w:tr>
      <w:tr w:rsidR="00A70FD1" w14:paraId="7B0023F7" w14:textId="77777777">
        <w:trPr>
          <w:jc w:val="center"/>
        </w:trPr>
        <w:tc>
          <w:tcPr>
            <w:tcW w:w="3240" w:type="dxa"/>
            <w:vAlign w:val="center"/>
          </w:tcPr>
          <w:p w14:paraId="417F250B" w14:textId="77777777" w:rsidR="00A70FD1" w:rsidRDefault="00F9239A">
            <w:pPr>
              <w:spacing w:after="0"/>
            </w:pPr>
            <w:r>
              <w:rPr>
                <w:b/>
                <w:sz w:val="17"/>
              </w:rPr>
              <w:t>Expected Start Term</w:t>
            </w:r>
          </w:p>
        </w:tc>
        <w:tc>
          <w:tcPr>
            <w:tcW w:w="6984" w:type="dxa"/>
            <w:vAlign w:val="center"/>
          </w:tcPr>
          <w:p w14:paraId="45BCE73F" w14:textId="77777777" w:rsidR="00A70FD1" w:rsidRDefault="00F9239A">
            <w:pPr>
              <w:spacing w:after="0"/>
            </w:pPr>
            <w:r>
              <w:rPr>
                <w:sz w:val="17"/>
              </w:rPr>
              <w:t>[Fall / Spring and year]</w:t>
            </w:r>
          </w:p>
        </w:tc>
      </w:tr>
      <w:tr w:rsidR="00A70FD1" w14:paraId="59D2380C" w14:textId="77777777">
        <w:trPr>
          <w:jc w:val="center"/>
        </w:trPr>
        <w:tc>
          <w:tcPr>
            <w:tcW w:w="3240" w:type="dxa"/>
            <w:vAlign w:val="center"/>
          </w:tcPr>
          <w:p w14:paraId="4F70B0E4" w14:textId="77777777" w:rsidR="00A70FD1" w:rsidRDefault="00F9239A">
            <w:pPr>
              <w:spacing w:after="0"/>
            </w:pPr>
            <w:r>
              <w:rPr>
                <w:b/>
                <w:sz w:val="17"/>
              </w:rPr>
              <w:t>ACT Composite Score (if applicable)</w:t>
            </w:r>
          </w:p>
        </w:tc>
        <w:tc>
          <w:tcPr>
            <w:tcW w:w="6984" w:type="dxa"/>
            <w:vAlign w:val="center"/>
          </w:tcPr>
          <w:p w14:paraId="313F05E7" w14:textId="77777777" w:rsidR="00A70FD1" w:rsidRDefault="00F9239A">
            <w:pPr>
              <w:spacing w:after="0"/>
            </w:pPr>
            <w:r>
              <w:rPr>
                <w:sz w:val="17"/>
              </w:rPr>
              <w:t>[Enter score or N/A]</w:t>
            </w:r>
          </w:p>
        </w:tc>
      </w:tr>
      <w:tr w:rsidR="00A70FD1" w14:paraId="108C5A53" w14:textId="77777777">
        <w:trPr>
          <w:jc w:val="center"/>
        </w:trPr>
        <w:tc>
          <w:tcPr>
            <w:tcW w:w="3240" w:type="dxa"/>
            <w:vAlign w:val="center"/>
          </w:tcPr>
          <w:p w14:paraId="70BD08FC" w14:textId="77777777" w:rsidR="00A70FD1" w:rsidRDefault="00F9239A">
            <w:pPr>
              <w:spacing w:after="0"/>
            </w:pPr>
            <w:r>
              <w:rPr>
                <w:b/>
                <w:sz w:val="17"/>
              </w:rPr>
              <w:t>SAT Score / Percentile (if applicable)</w:t>
            </w:r>
          </w:p>
        </w:tc>
        <w:tc>
          <w:tcPr>
            <w:tcW w:w="6984" w:type="dxa"/>
            <w:vAlign w:val="center"/>
          </w:tcPr>
          <w:p w14:paraId="1F0EA994" w14:textId="77777777" w:rsidR="00A70FD1" w:rsidRDefault="00F9239A">
            <w:pPr>
              <w:spacing w:after="0"/>
            </w:pPr>
            <w:r>
              <w:rPr>
                <w:sz w:val="17"/>
              </w:rPr>
              <w:t>[Enter score or percentile or N/A]</w:t>
            </w:r>
          </w:p>
        </w:tc>
      </w:tr>
    </w:tbl>
    <w:p w14:paraId="7371E788" w14:textId="77777777" w:rsidR="00A70FD1" w:rsidRDefault="00A70FD1">
      <w:pPr>
        <w:spacing w:after="0"/>
      </w:pPr>
    </w:p>
    <w:tbl>
      <w:tblPr>
        <w:tblW w:w="0" w:type="auto"/>
        <w:jc w:val="center"/>
        <w:tblLook w:val="04A0" w:firstRow="1" w:lastRow="0" w:firstColumn="1" w:lastColumn="0" w:noHBand="0" w:noVBand="1"/>
      </w:tblPr>
      <w:tblGrid>
        <w:gridCol w:w="10224"/>
      </w:tblGrid>
      <w:tr w:rsidR="00A70FD1" w14:paraId="00C9013B" w14:textId="77777777">
        <w:trPr>
          <w:jc w:val="center"/>
        </w:trPr>
        <w:tc>
          <w:tcPr>
            <w:tcW w:w="10224" w:type="dxa"/>
            <w:shd w:val="clear" w:color="auto" w:fill="1F4E79"/>
            <w:vAlign w:val="center"/>
          </w:tcPr>
          <w:p w14:paraId="73CC5440" w14:textId="77777777" w:rsidR="00A70FD1" w:rsidRDefault="00F9239A">
            <w:pPr>
              <w:spacing w:after="0"/>
            </w:pPr>
            <w:r>
              <w:rPr>
                <w:b/>
                <w:color w:val="FFFFFF"/>
                <w:sz w:val="17"/>
              </w:rPr>
              <w:t>SECTION 3 | CAREER GOALS AND COMMUNITY</w:t>
            </w:r>
          </w:p>
        </w:tc>
      </w:tr>
    </w:tbl>
    <w:p w14:paraId="3A40F027" w14:textId="77777777" w:rsidR="00A70FD1" w:rsidRDefault="00A70FD1">
      <w:pPr>
        <w:spacing w:after="0"/>
      </w:pPr>
    </w:p>
    <w:p w14:paraId="6849D917" w14:textId="77777777" w:rsidR="00A70FD1" w:rsidRDefault="00F9239A">
      <w:r>
        <w:rPr>
          <w:b/>
        </w:rPr>
        <w:t>1. Why are you interested in pursuing a career in healthcare?</w:t>
      </w:r>
    </w:p>
    <w:p w14:paraId="741A3340" w14:textId="77777777" w:rsidR="00A70FD1" w:rsidRDefault="00F9239A">
      <w:r>
        <w:t>[Click or tap here to enter your response.]</w:t>
      </w:r>
    </w:p>
    <w:p w14:paraId="2C2D0DAB" w14:textId="77777777" w:rsidR="00A70FD1" w:rsidRDefault="00F9239A">
      <w:r>
        <w:t>________________________________________________________________________________</w:t>
      </w:r>
    </w:p>
    <w:p w14:paraId="577236DB" w14:textId="77777777" w:rsidR="00A70FD1" w:rsidRDefault="00F9239A">
      <w:r>
        <w:t>________________________________________________________________________________</w:t>
      </w:r>
    </w:p>
    <w:p w14:paraId="53AF5250" w14:textId="77777777" w:rsidR="00A70FD1" w:rsidRDefault="00F9239A">
      <w:r>
        <w:t>________________________________________________________________________________</w:t>
      </w:r>
    </w:p>
    <w:p w14:paraId="69804FA9" w14:textId="77777777" w:rsidR="000441FB" w:rsidRDefault="000441FB" w:rsidP="000441FB">
      <w:r>
        <w:t>________________________________________________________________________________</w:t>
      </w:r>
    </w:p>
    <w:p w14:paraId="7A7CEC12" w14:textId="77777777" w:rsidR="000441FB" w:rsidRDefault="000441FB" w:rsidP="000441FB">
      <w:r>
        <w:t>________________________________________________________________________________</w:t>
      </w:r>
    </w:p>
    <w:p w14:paraId="6E722D37" w14:textId="77777777" w:rsidR="000441FB" w:rsidRDefault="000441FB"/>
    <w:p w14:paraId="07F5B057" w14:textId="0F4A67D9" w:rsidR="00A70FD1" w:rsidRDefault="00F9239A">
      <w:r>
        <w:rPr>
          <w:b/>
        </w:rPr>
        <w:t xml:space="preserve">2. </w:t>
      </w:r>
      <w:r w:rsidR="000441FB">
        <w:rPr>
          <w:b/>
        </w:rPr>
        <w:t>What personal attributes do you have that you believe will help your career</w:t>
      </w:r>
      <w:r>
        <w:rPr>
          <w:b/>
        </w:rPr>
        <w:t>?</w:t>
      </w:r>
    </w:p>
    <w:p w14:paraId="777AB4F2" w14:textId="77777777" w:rsidR="00A70FD1" w:rsidRDefault="00F9239A">
      <w:r>
        <w:t>[Click or tap here to enter your response.]</w:t>
      </w:r>
    </w:p>
    <w:p w14:paraId="397CA2B9" w14:textId="77777777" w:rsidR="00A70FD1" w:rsidRDefault="00F9239A">
      <w:r>
        <w:t>________________________________________________________________________________</w:t>
      </w:r>
    </w:p>
    <w:p w14:paraId="7D7B61F4" w14:textId="77777777" w:rsidR="00A70FD1" w:rsidRDefault="00F9239A">
      <w:r>
        <w:t>________________________________________________________________________________</w:t>
      </w:r>
    </w:p>
    <w:p w14:paraId="4F86607F" w14:textId="77777777" w:rsidR="000441FB" w:rsidRDefault="000441FB" w:rsidP="000441FB">
      <w:r>
        <w:t>________________________________________________________________________________</w:t>
      </w:r>
    </w:p>
    <w:p w14:paraId="7130C964" w14:textId="77777777" w:rsidR="000441FB" w:rsidRDefault="000441FB" w:rsidP="000441FB">
      <w:r>
        <w:t>________________________________________________________________________________</w:t>
      </w:r>
    </w:p>
    <w:p w14:paraId="6470C988" w14:textId="77777777" w:rsidR="000441FB" w:rsidRDefault="000441FB"/>
    <w:tbl>
      <w:tblPr>
        <w:tblpPr w:leftFromText="180" w:rightFromText="180" w:vertAnchor="text" w:horzAnchor="margin" w:tblpY="149"/>
        <w:tblW w:w="0" w:type="auto"/>
        <w:tblLook w:val="04A0" w:firstRow="1" w:lastRow="0" w:firstColumn="1" w:lastColumn="0" w:noHBand="0" w:noVBand="1"/>
      </w:tblPr>
      <w:tblGrid>
        <w:gridCol w:w="10224"/>
      </w:tblGrid>
      <w:tr w:rsidR="000441FB" w14:paraId="00BC4501" w14:textId="77777777" w:rsidTr="000441FB">
        <w:tc>
          <w:tcPr>
            <w:tcW w:w="10224" w:type="dxa"/>
            <w:shd w:val="clear" w:color="auto" w:fill="1F4E79"/>
            <w:vAlign w:val="center"/>
          </w:tcPr>
          <w:p w14:paraId="4E392138" w14:textId="77777777" w:rsidR="000441FB" w:rsidRDefault="000441FB" w:rsidP="000441FB">
            <w:pPr>
              <w:spacing w:after="0"/>
            </w:pPr>
            <w:r>
              <w:rPr>
                <w:b/>
                <w:color w:val="FFFFFF"/>
                <w:sz w:val="17"/>
              </w:rPr>
              <w:t>SECTION 4 | ACTIVITIES AND SERVICE</w:t>
            </w:r>
          </w:p>
        </w:tc>
      </w:tr>
      <w:tr w:rsidR="000441FB" w14:paraId="13E1318C" w14:textId="77777777" w:rsidTr="000441FB">
        <w:tc>
          <w:tcPr>
            <w:tcW w:w="10224" w:type="dxa"/>
            <w:shd w:val="clear" w:color="auto" w:fill="1F4E79"/>
            <w:vAlign w:val="center"/>
          </w:tcPr>
          <w:p w14:paraId="6269E774" w14:textId="77777777" w:rsidR="000441FB" w:rsidRDefault="000441FB" w:rsidP="000441FB">
            <w:pPr>
              <w:spacing w:after="0"/>
              <w:rPr>
                <w:b/>
                <w:color w:val="FFFFFF"/>
                <w:sz w:val="17"/>
              </w:rPr>
            </w:pPr>
          </w:p>
        </w:tc>
      </w:tr>
    </w:tbl>
    <w:p w14:paraId="0169CA2D" w14:textId="77777777" w:rsidR="00A70FD1" w:rsidRDefault="00F9239A">
      <w:r>
        <w:t>________________________________________________________________________________</w:t>
      </w:r>
    </w:p>
    <w:p w14:paraId="0A088622" w14:textId="77777777" w:rsidR="00A70FD1" w:rsidRDefault="00A70FD1">
      <w:pPr>
        <w:spacing w:after="0"/>
      </w:pPr>
    </w:p>
    <w:p w14:paraId="1443EC6F" w14:textId="605FC6A2" w:rsidR="000441FB" w:rsidRDefault="000441FB" w:rsidP="000441FB">
      <w:r>
        <w:rPr>
          <w:b/>
        </w:rPr>
        <w:t>1. Scholarships, Achievements, and Awards</w:t>
      </w:r>
    </w:p>
    <w:p w14:paraId="0CD22C07" w14:textId="77777777" w:rsidR="000441FB" w:rsidRDefault="000441FB" w:rsidP="000441FB">
      <w:r>
        <w:t>[Click or tap here to enter your response.]</w:t>
      </w:r>
    </w:p>
    <w:p w14:paraId="75EFC9E1" w14:textId="77777777" w:rsidR="000441FB" w:rsidRDefault="000441FB" w:rsidP="000441FB">
      <w:r>
        <w:t>________________________________________________________________________________</w:t>
      </w:r>
    </w:p>
    <w:p w14:paraId="0B20A591" w14:textId="77777777" w:rsidR="000441FB" w:rsidRDefault="000441FB" w:rsidP="000441FB">
      <w:r>
        <w:t>________________________________________________________________________________</w:t>
      </w:r>
    </w:p>
    <w:p w14:paraId="7E7C63A5" w14:textId="77777777" w:rsidR="000441FB" w:rsidRDefault="000441FB" w:rsidP="000441FB">
      <w:r>
        <w:t>________________________________________________________________________________</w:t>
      </w:r>
    </w:p>
    <w:p w14:paraId="259A8515" w14:textId="0FBCADA5" w:rsidR="000441FB" w:rsidRDefault="000441FB" w:rsidP="000441FB">
      <w:r>
        <w:t>________________________________________________________________________________</w:t>
      </w:r>
    </w:p>
    <w:p w14:paraId="0D655043" w14:textId="20B754D7" w:rsidR="000441FB" w:rsidRDefault="000441FB" w:rsidP="000441FB">
      <w:r>
        <w:t>________________________________________________________________________________</w:t>
      </w:r>
    </w:p>
    <w:p w14:paraId="5C9E7E07" w14:textId="6D08EF0A" w:rsidR="000441FB" w:rsidRDefault="000441FB" w:rsidP="000441FB">
      <w:r>
        <w:t>________________________________________________________________________________</w:t>
      </w:r>
    </w:p>
    <w:p w14:paraId="1AFE3649" w14:textId="60DEF002" w:rsidR="000441FB" w:rsidRDefault="000441FB" w:rsidP="000441FB">
      <w:r>
        <w:t>________________________________________________________________________________</w:t>
      </w:r>
    </w:p>
    <w:p w14:paraId="625448A8" w14:textId="4B67A707" w:rsidR="000441FB" w:rsidRDefault="0092588C" w:rsidP="000441FB">
      <w:r>
        <w:rPr>
          <w:b/>
        </w:rPr>
        <w:t>2</w:t>
      </w:r>
      <w:r w:rsidR="000441FB">
        <w:rPr>
          <w:b/>
        </w:rPr>
        <w:t>. Extracurricular Activities and Leadership Roles</w:t>
      </w:r>
    </w:p>
    <w:p w14:paraId="56744E0A" w14:textId="77777777" w:rsidR="000441FB" w:rsidRDefault="000441FB" w:rsidP="000441FB">
      <w:r>
        <w:t>[Click or tap here to enter your response.]</w:t>
      </w:r>
    </w:p>
    <w:p w14:paraId="46E2BCE2" w14:textId="77777777" w:rsidR="000441FB" w:rsidRDefault="000441FB" w:rsidP="000441FB">
      <w:r>
        <w:t>________________________________________________________________________________</w:t>
      </w:r>
    </w:p>
    <w:p w14:paraId="03750F7C" w14:textId="77777777" w:rsidR="000441FB" w:rsidRDefault="000441FB" w:rsidP="000441FB">
      <w:r>
        <w:t>________________________________________________________________________________</w:t>
      </w:r>
    </w:p>
    <w:p w14:paraId="3CDFB24F" w14:textId="77777777" w:rsidR="000441FB" w:rsidRDefault="000441FB" w:rsidP="000441FB">
      <w:r>
        <w:t>________________________________________________________________________________</w:t>
      </w:r>
    </w:p>
    <w:p w14:paraId="5B8C3FB9" w14:textId="54B7802A" w:rsidR="000441FB" w:rsidRDefault="000441FB" w:rsidP="000441FB">
      <w:r>
        <w:t>________________________________________________________________________________</w:t>
      </w:r>
    </w:p>
    <w:p w14:paraId="44CED07F" w14:textId="3633BBB0" w:rsidR="000441FB" w:rsidRDefault="000441FB" w:rsidP="000441FB">
      <w:r>
        <w:t>________________________________________________________________________________</w:t>
      </w:r>
    </w:p>
    <w:p w14:paraId="64AE48CD" w14:textId="6D790DFB" w:rsidR="000441FB" w:rsidRDefault="000441FB" w:rsidP="000441FB">
      <w:r>
        <w:t>________________________________________________________________________________</w:t>
      </w:r>
    </w:p>
    <w:p w14:paraId="6B543A11" w14:textId="77777777" w:rsidR="000441FB" w:rsidRDefault="000441FB" w:rsidP="000441FB"/>
    <w:p w14:paraId="182EDB55" w14:textId="77777777" w:rsidR="00A70FD1" w:rsidRDefault="00A70FD1">
      <w:pPr>
        <w:spacing w:after="0"/>
      </w:pPr>
    </w:p>
    <w:tbl>
      <w:tblPr>
        <w:tblW w:w="0" w:type="auto"/>
        <w:jc w:val="center"/>
        <w:tblLook w:val="04A0" w:firstRow="1" w:lastRow="0" w:firstColumn="1" w:lastColumn="0" w:noHBand="0" w:noVBand="1"/>
      </w:tblPr>
      <w:tblGrid>
        <w:gridCol w:w="10224"/>
      </w:tblGrid>
      <w:tr w:rsidR="00A70FD1" w14:paraId="335A18C4" w14:textId="77777777">
        <w:trPr>
          <w:jc w:val="center"/>
        </w:trPr>
        <w:tc>
          <w:tcPr>
            <w:tcW w:w="10224" w:type="dxa"/>
            <w:shd w:val="clear" w:color="auto" w:fill="1F4E79"/>
            <w:vAlign w:val="center"/>
          </w:tcPr>
          <w:p w14:paraId="58A0FEC1" w14:textId="77777777" w:rsidR="00A70FD1" w:rsidRDefault="00F9239A">
            <w:pPr>
              <w:spacing w:after="0"/>
            </w:pPr>
            <w:r>
              <w:rPr>
                <w:b/>
                <w:color w:val="FFFFFF"/>
                <w:sz w:val="17"/>
              </w:rPr>
              <w:t>SECTION 5 | REQUIRED DOCUMENTS</w:t>
            </w:r>
          </w:p>
        </w:tc>
      </w:tr>
    </w:tbl>
    <w:p w14:paraId="2274EB33" w14:textId="77777777" w:rsidR="00A70FD1" w:rsidRDefault="00A70FD1">
      <w:pPr>
        <w:spacing w:after="0"/>
      </w:pPr>
    </w:p>
    <w:p w14:paraId="7A6FCEC1" w14:textId="77777777" w:rsidR="00A70FD1" w:rsidRDefault="00F9239A">
      <w:r>
        <w:t>Please confirm that each required document is included with your application.</w:t>
      </w:r>
    </w:p>
    <w:p w14:paraId="2E5BAA0A" w14:textId="77777777" w:rsidR="00A70FD1" w:rsidRDefault="00F9239A">
      <w:pPr>
        <w:ind w:left="144"/>
      </w:pPr>
      <w:r>
        <w:rPr>
          <w:sz w:val="22"/>
        </w:rPr>
        <w:t xml:space="preserve">☐  </w:t>
      </w:r>
      <w:r>
        <w:t>Recent high school transcript</w:t>
      </w:r>
    </w:p>
    <w:p w14:paraId="0D971914" w14:textId="77777777" w:rsidR="00A70FD1" w:rsidRDefault="00F9239A">
      <w:pPr>
        <w:ind w:left="144"/>
      </w:pPr>
      <w:r>
        <w:rPr>
          <w:sz w:val="22"/>
        </w:rPr>
        <w:t xml:space="preserve">☐  </w:t>
      </w:r>
      <w:r>
        <w:t>One letter of recommendation from a teacher or community leader</w:t>
      </w:r>
    </w:p>
    <w:tbl>
      <w:tblPr>
        <w:tblW w:w="0" w:type="auto"/>
        <w:jc w:val="center"/>
        <w:tblLook w:val="04A0" w:firstRow="1" w:lastRow="0" w:firstColumn="1" w:lastColumn="0" w:noHBand="0" w:noVBand="1"/>
      </w:tblPr>
      <w:tblGrid>
        <w:gridCol w:w="10224"/>
      </w:tblGrid>
      <w:tr w:rsidR="00A70FD1" w14:paraId="243B3761" w14:textId="77777777">
        <w:trPr>
          <w:jc w:val="center"/>
        </w:trPr>
        <w:tc>
          <w:tcPr>
            <w:tcW w:w="10224" w:type="dxa"/>
            <w:shd w:val="clear" w:color="auto" w:fill="1F4E79"/>
            <w:vAlign w:val="center"/>
          </w:tcPr>
          <w:p w14:paraId="78A9C6C4" w14:textId="77777777" w:rsidR="00A70FD1" w:rsidRDefault="00F9239A">
            <w:pPr>
              <w:spacing w:after="0"/>
            </w:pPr>
            <w:r>
              <w:rPr>
                <w:b/>
                <w:color w:val="FFFFFF"/>
                <w:sz w:val="17"/>
              </w:rPr>
              <w:t>SECTION 6 | STUDENT CERTIFICATION</w:t>
            </w:r>
          </w:p>
        </w:tc>
      </w:tr>
    </w:tbl>
    <w:p w14:paraId="0EC8468E" w14:textId="77777777" w:rsidR="00A70FD1" w:rsidRDefault="00A70FD1">
      <w:pPr>
        <w:spacing w:after="0"/>
      </w:pPr>
    </w:p>
    <w:p w14:paraId="34475F8C" w14:textId="7BBF3675" w:rsidR="00A70FD1" w:rsidRDefault="00F9239A">
      <w:r>
        <w:t xml:space="preserve">I certify that the information provided in this application is accurate and complete to the best of my knowledge. I understand that </w:t>
      </w:r>
      <w:r w:rsidR="000441FB">
        <w:t>the Community Health Foundation Scholarship Committee determines scholarship awards at its sole discretion</w:t>
      </w:r>
      <w:r>
        <w:t>, that the award is generally $500 and is paid to the bursar of my selected school after proof of enrollment is received, and that my award may be publicly announced in local newspapers or on social media.</w:t>
      </w:r>
    </w:p>
    <w:tbl>
      <w:tblPr>
        <w:tblStyle w:val="TableGrid"/>
        <w:tblW w:w="0" w:type="auto"/>
        <w:jc w:val="center"/>
        <w:tblLayout w:type="fixed"/>
        <w:tblLook w:val="04A0" w:firstRow="1" w:lastRow="0" w:firstColumn="1" w:lastColumn="0" w:noHBand="0" w:noVBand="1"/>
      </w:tblPr>
      <w:tblGrid>
        <w:gridCol w:w="3240"/>
        <w:gridCol w:w="6984"/>
      </w:tblGrid>
      <w:tr w:rsidR="00A70FD1" w14:paraId="5AFAFF29" w14:textId="77777777">
        <w:trPr>
          <w:jc w:val="center"/>
        </w:trPr>
        <w:tc>
          <w:tcPr>
            <w:tcW w:w="3240" w:type="dxa"/>
            <w:vAlign w:val="center"/>
          </w:tcPr>
          <w:p w14:paraId="31294CE9" w14:textId="77777777" w:rsidR="00A70FD1" w:rsidRDefault="00F9239A">
            <w:pPr>
              <w:spacing w:after="0"/>
            </w:pPr>
            <w:r>
              <w:rPr>
                <w:b/>
                <w:sz w:val="17"/>
              </w:rPr>
              <w:t>Student Signature</w:t>
            </w:r>
          </w:p>
        </w:tc>
        <w:tc>
          <w:tcPr>
            <w:tcW w:w="6984" w:type="dxa"/>
            <w:vAlign w:val="center"/>
          </w:tcPr>
          <w:p w14:paraId="18785253" w14:textId="77777777" w:rsidR="00A70FD1" w:rsidRDefault="00F9239A">
            <w:pPr>
              <w:spacing w:after="0"/>
            </w:pPr>
            <w:r>
              <w:rPr>
                <w:sz w:val="17"/>
              </w:rPr>
              <w:t>[Type full name or sign after printing]</w:t>
            </w:r>
          </w:p>
        </w:tc>
      </w:tr>
      <w:tr w:rsidR="00A70FD1" w14:paraId="122DF732" w14:textId="77777777">
        <w:trPr>
          <w:jc w:val="center"/>
        </w:trPr>
        <w:tc>
          <w:tcPr>
            <w:tcW w:w="3240" w:type="dxa"/>
            <w:vAlign w:val="center"/>
          </w:tcPr>
          <w:p w14:paraId="6A1BACE5" w14:textId="77777777" w:rsidR="00A70FD1" w:rsidRDefault="00F9239A">
            <w:pPr>
              <w:spacing w:after="0"/>
            </w:pPr>
            <w:r>
              <w:rPr>
                <w:b/>
                <w:sz w:val="17"/>
              </w:rPr>
              <w:t>Date</w:t>
            </w:r>
          </w:p>
        </w:tc>
        <w:tc>
          <w:tcPr>
            <w:tcW w:w="6984" w:type="dxa"/>
            <w:vAlign w:val="center"/>
          </w:tcPr>
          <w:p w14:paraId="42C4C7B3" w14:textId="77777777" w:rsidR="00A70FD1" w:rsidRDefault="00F9239A">
            <w:pPr>
              <w:spacing w:after="0"/>
            </w:pPr>
            <w:r>
              <w:rPr>
                <w:sz w:val="17"/>
              </w:rPr>
              <w:t>[MM/DD/YYYY]</w:t>
            </w:r>
          </w:p>
        </w:tc>
      </w:tr>
    </w:tbl>
    <w:p w14:paraId="63F80040" w14:textId="77777777" w:rsidR="00A70FD1" w:rsidRDefault="00A70FD1">
      <w:pPr>
        <w:spacing w:after="0"/>
      </w:pPr>
    </w:p>
    <w:p w14:paraId="3C2E8E03" w14:textId="77777777" w:rsidR="00A70FD1" w:rsidRDefault="00F9239A">
      <w:pPr>
        <w:spacing w:before="60"/>
        <w:jc w:val="center"/>
      </w:pPr>
      <w:r>
        <w:rPr>
          <w:b/>
          <w:color w:val="1F4E79"/>
          <w:sz w:val="16"/>
        </w:rPr>
        <w:t>Community Health Foundation of Kay County  |  chfkayco.com  |  chfkayco@gmail.com</w:t>
      </w:r>
    </w:p>
    <w:sectPr w:rsidR="00A70FD1" w:rsidSect="00034616">
      <w:footerReference w:type="default" r:id="rId8"/>
      <w:pgSz w:w="12240" w:h="15840"/>
      <w:pgMar w:top="792" w:right="1008" w:bottom="792"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0852E5" w14:textId="77777777" w:rsidR="00F9239A" w:rsidRDefault="00F9239A">
      <w:pPr>
        <w:spacing w:after="0" w:line="240" w:lineRule="auto"/>
      </w:pPr>
      <w:r>
        <w:separator/>
      </w:r>
    </w:p>
  </w:endnote>
  <w:endnote w:type="continuationSeparator" w:id="0">
    <w:p w14:paraId="59FE7896" w14:textId="77777777" w:rsidR="00F9239A" w:rsidRDefault="00F923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636F3" w14:textId="77777777" w:rsidR="00A70FD1" w:rsidRDefault="00F9239A">
    <w:pPr>
      <w:pStyle w:val="Footer"/>
      <w:jc w:val="center"/>
    </w:pPr>
    <w:r>
      <w:rPr>
        <w:color w:val="646464"/>
        <w:sz w:val="14"/>
      </w:rPr>
      <w:t>CHF High School Senior Scholarship Application • 2027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1DFCBA" w14:textId="77777777" w:rsidR="00F9239A" w:rsidRDefault="00F9239A">
      <w:pPr>
        <w:spacing w:after="0" w:line="240" w:lineRule="auto"/>
      </w:pPr>
      <w:r>
        <w:separator/>
      </w:r>
    </w:p>
  </w:footnote>
  <w:footnote w:type="continuationSeparator" w:id="0">
    <w:p w14:paraId="46A3A00F" w14:textId="77777777" w:rsidR="00F9239A" w:rsidRDefault="00F923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4016195">
    <w:abstractNumId w:val="8"/>
  </w:num>
  <w:num w:numId="2" w16cid:durableId="272323927">
    <w:abstractNumId w:val="6"/>
  </w:num>
  <w:num w:numId="3" w16cid:durableId="475145816">
    <w:abstractNumId w:val="5"/>
  </w:num>
  <w:num w:numId="4" w16cid:durableId="1366758938">
    <w:abstractNumId w:val="4"/>
  </w:num>
  <w:num w:numId="5" w16cid:durableId="2105026416">
    <w:abstractNumId w:val="7"/>
  </w:num>
  <w:num w:numId="6" w16cid:durableId="788014510">
    <w:abstractNumId w:val="3"/>
  </w:num>
  <w:num w:numId="7" w16cid:durableId="1218122958">
    <w:abstractNumId w:val="2"/>
  </w:num>
  <w:num w:numId="8" w16cid:durableId="1208763908">
    <w:abstractNumId w:val="1"/>
  </w:num>
  <w:num w:numId="9" w16cid:durableId="19567147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41FB"/>
    <w:rsid w:val="0006063C"/>
    <w:rsid w:val="0015074B"/>
    <w:rsid w:val="0029639D"/>
    <w:rsid w:val="002A19C2"/>
    <w:rsid w:val="00326F90"/>
    <w:rsid w:val="00841B6F"/>
    <w:rsid w:val="0092588C"/>
    <w:rsid w:val="00A70FD1"/>
    <w:rsid w:val="00AA1D8D"/>
    <w:rsid w:val="00B47730"/>
    <w:rsid w:val="00CB0664"/>
    <w:rsid w:val="00DC29D5"/>
    <w:rsid w:val="00F9239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0817385"/>
  <w14:defaultImageDpi w14:val="300"/>
  <w15:docId w15:val="{BE53C6B3-3374-4092-90D0-5F706B9F0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pPr>
    <w:rPr>
      <w:rFonts w:ascii="Arial" w:hAnsi="Arial"/>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815</Words>
  <Characters>4646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5451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Derion Schieber</cp:lastModifiedBy>
  <cp:revision>5</cp:revision>
  <dcterms:created xsi:type="dcterms:W3CDTF">2026-10-13T15:45:00Z</dcterms:created>
  <dcterms:modified xsi:type="dcterms:W3CDTF">2026-10-13T15:56:00Z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adbdc3a5bd396d07acab2ac941238db2580d73f2d1af90165deea1c61b397493</vt:lpwstr>
  </property>
</Properties>
</file>